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67F" w:rsidRDefault="00000000" w14:paraId="218FC8E5" w14:textId="77777777">
      <w:pPr>
        <w:pStyle w:val="Title"/>
        <w:jc w:val="center"/>
      </w:pPr>
      <w:r>
        <w:t>Academic Program: Proposal and Plan</w:t>
      </w:r>
    </w:p>
    <w:p w:rsidRPr="00865A4C" w:rsidR="0019167F" w:rsidRDefault="00000000" w14:paraId="241AB7FC" w14:textId="3083E85F">
      <w:pPr>
        <w:rPr>
          <w:rFonts w:cs="Arial"/>
          <w:sz w:val="24"/>
          <w:szCs w:val="24"/>
        </w:rPr>
      </w:pPr>
      <w:r w:rsidRPr="00865A4C">
        <w:rPr>
          <w:rFonts w:cs="Arial"/>
          <w:sz w:val="24"/>
          <w:szCs w:val="24"/>
        </w:rPr>
        <w:t xml:space="preserve">The Council for Curriculum and Instruction (CCI) has adopted the following procedure for the development of new programs or reviving retired programs. A program is defined as a degree or certificate (credit or noncredit) that will be built in the curriculum management system and submitted for Board </w:t>
      </w:r>
      <w:r w:rsidRPr="00865A4C" w:rsidR="00C95BEF">
        <w:rPr>
          <w:rFonts w:cs="Arial"/>
          <w:sz w:val="24"/>
          <w:szCs w:val="24"/>
        </w:rPr>
        <w:t xml:space="preserve">of Trustees </w:t>
      </w:r>
      <w:r w:rsidRPr="00865A4C">
        <w:rPr>
          <w:rFonts w:cs="Arial"/>
          <w:sz w:val="24"/>
          <w:szCs w:val="24"/>
        </w:rPr>
        <w:t xml:space="preserve">and </w:t>
      </w:r>
      <w:r w:rsidRPr="00865A4C" w:rsidR="00C95BEF">
        <w:rPr>
          <w:rFonts w:cs="Arial"/>
          <w:sz w:val="24"/>
          <w:szCs w:val="24"/>
        </w:rPr>
        <w:t>S</w:t>
      </w:r>
      <w:r w:rsidRPr="00865A4C">
        <w:rPr>
          <w:rFonts w:cs="Arial"/>
          <w:sz w:val="24"/>
          <w:szCs w:val="24"/>
        </w:rPr>
        <w:t xml:space="preserve">tate </w:t>
      </w:r>
      <w:r w:rsidRPr="00865A4C" w:rsidR="00C95BEF">
        <w:rPr>
          <w:rFonts w:cs="Arial"/>
          <w:sz w:val="24"/>
          <w:szCs w:val="24"/>
        </w:rPr>
        <w:t xml:space="preserve">Chancellor’s Office </w:t>
      </w:r>
      <w:r w:rsidRPr="00865A4C">
        <w:rPr>
          <w:rFonts w:cs="Arial"/>
          <w:sz w:val="24"/>
          <w:szCs w:val="24"/>
        </w:rPr>
        <w:t>approval. New or revived programs must be presented to CCI in the Academic Program: Proposal and Plan prior to the creation of new and/or revived courses intended for that program.</w:t>
      </w:r>
    </w:p>
    <w:p w:rsidRPr="00865A4C" w:rsidR="00C95BEF" w:rsidRDefault="00C95BEF" w14:paraId="3398C1DE" w14:textId="77777777">
      <w:pPr>
        <w:rPr>
          <w:rFonts w:cs="Arial"/>
          <w:sz w:val="24"/>
          <w:szCs w:val="24"/>
        </w:rPr>
      </w:pPr>
    </w:p>
    <w:p w:rsidRPr="00865A4C" w:rsidR="0019167F" w:rsidRDefault="00000000" w14:paraId="3010FA44" w14:textId="473DCC21">
      <w:pPr>
        <w:rPr>
          <w:rFonts w:cs="Arial"/>
          <w:sz w:val="24"/>
          <w:szCs w:val="24"/>
        </w:rPr>
      </w:pPr>
      <w:r w:rsidRPr="00865A4C">
        <w:rPr>
          <w:rFonts w:cs="Arial"/>
          <w:b/>
          <w:sz w:val="24"/>
          <w:szCs w:val="24"/>
        </w:rPr>
        <w:t xml:space="preserve">The following </w:t>
      </w:r>
      <w:r w:rsidRPr="00865A4C" w:rsidR="00C95BEF">
        <w:rPr>
          <w:rFonts w:cs="Arial"/>
          <w:b/>
          <w:sz w:val="24"/>
          <w:szCs w:val="24"/>
        </w:rPr>
        <w:t xml:space="preserve">type of </w:t>
      </w:r>
      <w:r w:rsidRPr="00865A4C">
        <w:rPr>
          <w:rFonts w:cs="Arial"/>
          <w:b/>
          <w:sz w:val="24"/>
          <w:szCs w:val="24"/>
        </w:rPr>
        <w:t xml:space="preserve">programs do not </w:t>
      </w:r>
      <w:r w:rsidRPr="00865A4C" w:rsidR="00C95BEF">
        <w:rPr>
          <w:rFonts w:cs="Arial"/>
          <w:b/>
          <w:sz w:val="24"/>
          <w:szCs w:val="24"/>
        </w:rPr>
        <w:t>require the completion of this form</w:t>
      </w:r>
    </w:p>
    <w:p w:rsidRPr="00865A4C" w:rsidR="0019167F" w:rsidP="00C95BEF" w:rsidRDefault="00000000" w14:paraId="165DD3A1" w14:textId="207B2DD0">
      <w:pPr>
        <w:pStyle w:val="ListBullet"/>
        <w:numPr>
          <w:ilvl w:val="0"/>
          <w:numId w:val="10"/>
        </w:numPr>
        <w:rPr>
          <w:rFonts w:cs="Arial"/>
          <w:sz w:val="24"/>
          <w:szCs w:val="24"/>
        </w:rPr>
      </w:pPr>
      <w:proofErr w:type="gramStart"/>
      <w:r w:rsidRPr="00865A4C">
        <w:rPr>
          <w:rFonts w:cs="Arial"/>
          <w:sz w:val="24"/>
          <w:szCs w:val="24"/>
        </w:rPr>
        <w:t>Associate Degree</w:t>
      </w:r>
      <w:proofErr w:type="gramEnd"/>
      <w:r w:rsidRPr="00865A4C">
        <w:rPr>
          <w:rFonts w:cs="Arial"/>
          <w:sz w:val="24"/>
          <w:szCs w:val="24"/>
        </w:rPr>
        <w:t xml:space="preserve"> for Transfer (AD-T based on </w:t>
      </w:r>
      <w:r w:rsidRPr="00865A4C" w:rsidR="00C95BEF">
        <w:rPr>
          <w:rFonts w:cs="Arial"/>
          <w:sz w:val="24"/>
          <w:szCs w:val="24"/>
        </w:rPr>
        <w:t>the California Community Colleges Chancellor’s Office</w:t>
      </w:r>
      <w:r w:rsidRPr="00865A4C">
        <w:rPr>
          <w:rFonts w:cs="Arial"/>
          <w:sz w:val="24"/>
          <w:szCs w:val="24"/>
        </w:rPr>
        <w:t xml:space="preserve"> TMC templates)</w:t>
      </w:r>
    </w:p>
    <w:p w:rsidRPr="00865A4C" w:rsidR="0019167F" w:rsidP="00C95BEF" w:rsidRDefault="00000000" w14:paraId="288C818F" w14:textId="55F9FF58">
      <w:pPr>
        <w:pStyle w:val="ListBullet"/>
        <w:numPr>
          <w:ilvl w:val="0"/>
          <w:numId w:val="10"/>
        </w:numPr>
        <w:rPr>
          <w:rFonts w:cs="Arial"/>
          <w:sz w:val="24"/>
          <w:szCs w:val="24"/>
        </w:rPr>
      </w:pPr>
      <w:proofErr w:type="gramStart"/>
      <w:r w:rsidRPr="00865A4C">
        <w:rPr>
          <w:rFonts w:cs="Arial"/>
          <w:sz w:val="24"/>
          <w:szCs w:val="24"/>
        </w:rPr>
        <w:t>Associate Degree</w:t>
      </w:r>
      <w:proofErr w:type="gramEnd"/>
      <w:r w:rsidRPr="00865A4C">
        <w:rPr>
          <w:rFonts w:cs="Arial"/>
          <w:sz w:val="24"/>
          <w:szCs w:val="24"/>
        </w:rPr>
        <w:t xml:space="preserve"> in the same discipline in which there is an approved AD-T at </w:t>
      </w:r>
      <w:r w:rsidRPr="00865A4C" w:rsidR="00C95BEF">
        <w:rPr>
          <w:rFonts w:cs="Arial"/>
          <w:sz w:val="24"/>
          <w:szCs w:val="24"/>
        </w:rPr>
        <w:t>Golden West College</w:t>
      </w:r>
    </w:p>
    <w:p w:rsidRPr="00865A4C" w:rsidR="00C95BEF" w:rsidRDefault="00C95BEF" w14:paraId="24275703" w14:textId="77777777">
      <w:pPr>
        <w:rPr>
          <w:rFonts w:cs="Arial"/>
          <w:b/>
          <w:sz w:val="24"/>
          <w:szCs w:val="24"/>
        </w:rPr>
      </w:pPr>
    </w:p>
    <w:p w:rsidRPr="00865A4C" w:rsidR="0019167F" w:rsidRDefault="00000000" w14:paraId="31531C06" w14:textId="1B0F588B">
      <w:pPr>
        <w:rPr>
          <w:rFonts w:cs="Arial"/>
          <w:sz w:val="24"/>
          <w:szCs w:val="24"/>
        </w:rPr>
      </w:pPr>
      <w:r w:rsidRPr="00865A4C">
        <w:rPr>
          <w:rFonts w:cs="Arial"/>
          <w:b/>
          <w:sz w:val="24"/>
          <w:szCs w:val="24"/>
        </w:rPr>
        <w:t>Instructions / Procedure</w:t>
      </w:r>
    </w:p>
    <w:p w:rsidRPr="00865A4C" w:rsidR="0019167F" w:rsidP="00C95BEF" w:rsidRDefault="00C95BEF" w14:paraId="5C66DA2F" w14:textId="581CCD6C">
      <w:pPr>
        <w:pStyle w:val="ListNumber"/>
        <w:numPr>
          <w:ilvl w:val="0"/>
          <w:numId w:val="11"/>
        </w:numPr>
        <w:rPr>
          <w:rFonts w:cs="Arial"/>
          <w:sz w:val="24"/>
          <w:szCs w:val="24"/>
        </w:rPr>
      </w:pPr>
      <w:r w:rsidRPr="00865A4C">
        <w:rPr>
          <w:rFonts w:cs="Arial"/>
          <w:sz w:val="24"/>
          <w:szCs w:val="24"/>
        </w:rPr>
        <w:t>Complete the Academic Program: Proposal and Plan form entirely</w:t>
      </w:r>
      <w:r w:rsidRPr="00865A4C" w:rsidR="00B37AB5">
        <w:rPr>
          <w:rFonts w:cs="Arial"/>
          <w:sz w:val="24"/>
          <w:szCs w:val="24"/>
        </w:rPr>
        <w:t>.</w:t>
      </w:r>
    </w:p>
    <w:p w:rsidRPr="00865A4C" w:rsidR="0019167F" w:rsidP="00C95BEF" w:rsidRDefault="00C95BEF" w14:paraId="70CD2C44" w14:textId="1E59565A">
      <w:pPr>
        <w:pStyle w:val="ListNumber"/>
        <w:numPr>
          <w:ilvl w:val="0"/>
          <w:numId w:val="11"/>
        </w:numPr>
        <w:rPr>
          <w:rFonts w:cs="Arial"/>
          <w:sz w:val="24"/>
          <w:szCs w:val="24"/>
        </w:rPr>
      </w:pPr>
      <w:r w:rsidRPr="00865A4C">
        <w:rPr>
          <w:rFonts w:cs="Arial"/>
          <w:sz w:val="24"/>
          <w:szCs w:val="24"/>
        </w:rPr>
        <w:t xml:space="preserve">Submit this form by 3:00 p.m. Thursday prior to CCI via email to Curriculum Specialist. The completed form may also be attached to the </w:t>
      </w:r>
      <w:r w:rsidRPr="00865A4C" w:rsidR="00B37AB5">
        <w:rPr>
          <w:rFonts w:cs="Arial"/>
          <w:sz w:val="24"/>
          <w:szCs w:val="24"/>
        </w:rPr>
        <w:t xml:space="preserve">Curriculum Inventory Management (CIM) </w:t>
      </w:r>
      <w:r w:rsidRPr="00865A4C">
        <w:rPr>
          <w:rFonts w:cs="Arial"/>
          <w:sz w:val="24"/>
          <w:szCs w:val="24"/>
        </w:rPr>
        <w:t>Request to Submit for Future Agenda Item form</w:t>
      </w:r>
      <w:r w:rsidRPr="00865A4C" w:rsidR="00B37AB5">
        <w:rPr>
          <w:rFonts w:cs="Arial"/>
          <w:sz w:val="24"/>
          <w:szCs w:val="24"/>
        </w:rPr>
        <w:t xml:space="preserve"> to</w:t>
      </w:r>
      <w:r w:rsidRPr="00865A4C">
        <w:rPr>
          <w:rFonts w:cs="Arial"/>
          <w:sz w:val="24"/>
          <w:szCs w:val="24"/>
        </w:rPr>
        <w:t xml:space="preserve"> be considered for the CCI agenda.</w:t>
      </w:r>
    </w:p>
    <w:p w:rsidRPr="00865A4C" w:rsidR="0019167F" w:rsidP="00C95BEF" w:rsidRDefault="00000000" w14:paraId="0A281BD3" w14:textId="6C2F0B8E">
      <w:pPr>
        <w:pStyle w:val="ListNumber"/>
        <w:numPr>
          <w:ilvl w:val="0"/>
          <w:numId w:val="11"/>
        </w:numPr>
        <w:rPr>
          <w:rFonts w:cs="Arial"/>
          <w:sz w:val="24"/>
          <w:szCs w:val="24"/>
        </w:rPr>
      </w:pPr>
      <w:r w:rsidRPr="00865A4C">
        <w:rPr>
          <w:rFonts w:cs="Arial"/>
          <w:sz w:val="24"/>
          <w:szCs w:val="24"/>
        </w:rPr>
        <w:t xml:space="preserve">Faculty </w:t>
      </w:r>
      <w:r w:rsidRPr="00865A4C" w:rsidR="00B37AB5">
        <w:rPr>
          <w:rFonts w:cs="Arial"/>
          <w:sz w:val="24"/>
          <w:szCs w:val="24"/>
        </w:rPr>
        <w:t xml:space="preserve">will </w:t>
      </w:r>
      <w:r w:rsidRPr="00865A4C">
        <w:rPr>
          <w:rFonts w:cs="Arial"/>
          <w:sz w:val="24"/>
          <w:szCs w:val="24"/>
        </w:rPr>
        <w:t xml:space="preserve">present the </w:t>
      </w:r>
      <w:r w:rsidRPr="00865A4C" w:rsidR="00B37AB5">
        <w:rPr>
          <w:rFonts w:cs="Arial"/>
          <w:sz w:val="24"/>
          <w:szCs w:val="24"/>
        </w:rPr>
        <w:t>Academic Program: Proposal and Plan to</w:t>
      </w:r>
      <w:r w:rsidRPr="00865A4C">
        <w:rPr>
          <w:rFonts w:cs="Arial"/>
          <w:sz w:val="24"/>
          <w:szCs w:val="24"/>
        </w:rPr>
        <w:t xml:space="preserve"> CCI. </w:t>
      </w:r>
      <w:r w:rsidRPr="00865A4C" w:rsidR="00B37AB5">
        <w:rPr>
          <w:rFonts w:cs="Arial"/>
          <w:sz w:val="24"/>
          <w:szCs w:val="24"/>
        </w:rPr>
        <w:t xml:space="preserve">The Council for Curriculum and Instruction </w:t>
      </w:r>
      <w:r w:rsidRPr="00865A4C">
        <w:rPr>
          <w:rFonts w:cs="Arial"/>
          <w:sz w:val="24"/>
          <w:szCs w:val="24"/>
        </w:rPr>
        <w:t>is permitted to have two or more readings of the proposal where recommendations may be made.</w:t>
      </w:r>
    </w:p>
    <w:p w:rsidRPr="00865A4C" w:rsidR="0019167F" w:rsidP="00C95BEF" w:rsidRDefault="00000000" w14:paraId="3FC02F84" w14:textId="53B8157A">
      <w:pPr>
        <w:pStyle w:val="ListNumber"/>
        <w:numPr>
          <w:ilvl w:val="0"/>
          <w:numId w:val="11"/>
        </w:numPr>
        <w:rPr>
          <w:rFonts w:cs="Arial"/>
          <w:sz w:val="24"/>
          <w:szCs w:val="24"/>
        </w:rPr>
      </w:pPr>
      <w:r w:rsidRPr="00865A4C">
        <w:rPr>
          <w:rFonts w:cs="Arial"/>
          <w:sz w:val="24"/>
          <w:szCs w:val="24"/>
        </w:rPr>
        <w:t xml:space="preserve">Following CCI approval, </w:t>
      </w:r>
      <w:r w:rsidRPr="00865A4C" w:rsidR="00B37AB5">
        <w:rPr>
          <w:rFonts w:cs="Arial"/>
          <w:sz w:val="24"/>
          <w:szCs w:val="24"/>
        </w:rPr>
        <w:t xml:space="preserve">faculty </w:t>
      </w:r>
      <w:r w:rsidRPr="00865A4C">
        <w:rPr>
          <w:rFonts w:cs="Arial"/>
          <w:sz w:val="24"/>
          <w:szCs w:val="24"/>
        </w:rPr>
        <w:t>begin curriculum development in CIM.</w:t>
      </w:r>
    </w:p>
    <w:p w:rsidRPr="00865A4C" w:rsidR="0019167F" w:rsidP="00C95BEF" w:rsidRDefault="00000000" w14:paraId="4AEBA7D4" w14:textId="64019BD9">
      <w:pPr>
        <w:pStyle w:val="ListNumber"/>
        <w:numPr>
          <w:ilvl w:val="0"/>
          <w:numId w:val="11"/>
        </w:numPr>
        <w:rPr>
          <w:rFonts w:cs="Arial"/>
          <w:sz w:val="24"/>
          <w:szCs w:val="24"/>
        </w:rPr>
      </w:pPr>
      <w:r w:rsidRPr="00865A4C">
        <w:rPr>
          <w:rFonts w:cs="Arial"/>
          <w:sz w:val="24"/>
          <w:szCs w:val="24"/>
        </w:rPr>
        <w:t xml:space="preserve">Incomplete proposals will not be reviewed. </w:t>
      </w:r>
    </w:p>
    <w:p w:rsidRPr="00865A4C" w:rsidR="00B37AB5" w:rsidRDefault="00B37AB5" w14:paraId="11D6FF2F" w14:textId="77777777">
      <w:pPr>
        <w:rPr>
          <w:rFonts w:cs="Arial"/>
          <w:b/>
          <w:sz w:val="24"/>
          <w:szCs w:val="24"/>
        </w:rPr>
      </w:pPr>
    </w:p>
    <w:p w:rsidRPr="00865A4C" w:rsidR="00B37AB5" w:rsidRDefault="00000000" w14:paraId="45696EDF" w14:textId="413CACED">
      <w:pPr>
        <w:rPr>
          <w:rFonts w:cs="Arial"/>
          <w:b/>
          <w:sz w:val="24"/>
          <w:szCs w:val="24"/>
        </w:rPr>
      </w:pPr>
      <w:r w:rsidRPr="00865A4C">
        <w:rPr>
          <w:rFonts w:cs="Arial"/>
          <w:b/>
          <w:sz w:val="24"/>
          <w:szCs w:val="24"/>
        </w:rPr>
        <w:t>Title of Program</w:t>
      </w:r>
    </w:p>
    <w:p w:rsidRPr="00865A4C" w:rsidR="0019167F" w:rsidRDefault="00000000" w14:paraId="4D9257CA" w14:textId="78CF3BF9">
      <w:pPr>
        <w:rPr>
          <w:rFonts w:cs="Arial"/>
          <w:sz w:val="24"/>
          <w:szCs w:val="24"/>
        </w:rPr>
      </w:pPr>
      <w:sdt>
        <w:sdtPr>
          <w:rPr>
            <w:rFonts w:cs="Arial"/>
            <w:sz w:val="24"/>
            <w:szCs w:val="24"/>
          </w:rPr>
          <w:alias w:val="Program_Title"/>
          <w:tag w:val="Program_Title"/>
          <w:id w:val="1636452571"/>
          <w:showingPlcHdr/>
          <w:text/>
        </w:sdtPr>
        <w:sdtContent>
          <w:r w:rsidRPr="00865A4C">
            <w:rPr>
              <w:rFonts w:cs="Arial"/>
              <w:color w:val="777777"/>
              <w:sz w:val="24"/>
              <w:szCs w:val="24"/>
            </w:rPr>
            <w:t>Click or tap here to enter text.</w:t>
          </w:r>
        </w:sdtContent>
      </w:sdt>
    </w:p>
    <w:p w:rsidRPr="00865A4C" w:rsidR="0019167F" w:rsidRDefault="00000000" w14:paraId="023ED02E" w14:textId="77777777">
      <w:pPr>
        <w:rPr>
          <w:rFonts w:cs="Arial"/>
          <w:sz w:val="24"/>
          <w:szCs w:val="24"/>
        </w:rPr>
      </w:pPr>
      <w:sdt>
        <w:sdtPr>
          <w:rPr>
            <w:rFonts w:cs="Arial"/>
            <w:sz w:val="24"/>
            <w:szCs w:val="24"/>
          </w:rPr>
          <w:alias w:val="New_Program"/>
          <w:tag w:val="New_Program"/>
          <w:id w:val="1077635266"/>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r w:rsidRPr="00865A4C">
        <w:rPr>
          <w:rFonts w:cs="Arial"/>
          <w:sz w:val="24"/>
          <w:szCs w:val="24"/>
        </w:rPr>
        <w:t xml:space="preserve"> New program   </w:t>
      </w:r>
      <w:sdt>
        <w:sdtPr>
          <w:rPr>
            <w:rFonts w:cs="Arial"/>
            <w:sz w:val="24"/>
            <w:szCs w:val="24"/>
          </w:rPr>
          <w:alias w:val="Revival"/>
          <w:tag w:val="Revival"/>
          <w:id w:val="650643184"/>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r w:rsidRPr="00865A4C">
        <w:rPr>
          <w:rFonts w:cs="Arial"/>
          <w:sz w:val="24"/>
          <w:szCs w:val="24"/>
        </w:rPr>
        <w:t xml:space="preserve"> Revival of retired program   </w:t>
      </w:r>
    </w:p>
    <w:p w:rsidRPr="00865A4C" w:rsidR="00B37AB5" w:rsidRDefault="00B37AB5" w14:paraId="5CE68C25" w14:textId="77777777">
      <w:pPr>
        <w:rPr>
          <w:rFonts w:cs="Arial"/>
          <w:b/>
          <w:sz w:val="24"/>
          <w:szCs w:val="24"/>
        </w:rPr>
      </w:pPr>
    </w:p>
    <w:p w:rsidRPr="00865A4C" w:rsidR="0019167F" w:rsidP="00B37AB5" w:rsidRDefault="00000000" w14:paraId="3EC5287D" w14:textId="423265E0">
      <w:pPr>
        <w:pStyle w:val="ListParagraph"/>
        <w:numPr>
          <w:ilvl w:val="0"/>
          <w:numId w:val="12"/>
        </w:numPr>
        <w:rPr>
          <w:rFonts w:cs="Arial"/>
          <w:bCs/>
          <w:sz w:val="24"/>
          <w:szCs w:val="24"/>
        </w:rPr>
      </w:pPr>
      <w:r w:rsidRPr="00865A4C">
        <w:rPr>
          <w:rFonts w:cs="Arial"/>
          <w:bCs/>
          <w:sz w:val="24"/>
          <w:szCs w:val="24"/>
        </w:rPr>
        <w:t>What type of program is being proposed?</w:t>
      </w:r>
    </w:p>
    <w:p w:rsidRPr="00865A4C" w:rsidR="00B37AB5" w:rsidP="00865A4C" w:rsidRDefault="00000000" w14:paraId="1D4383D8" w14:textId="2BEC8D59">
      <w:pPr>
        <w:ind w:left="720"/>
        <w:rPr>
          <w:rFonts w:cs="Arial"/>
          <w:bCs/>
          <w:sz w:val="24"/>
          <w:szCs w:val="24"/>
        </w:rPr>
      </w:pPr>
      <w:sdt>
        <w:sdtPr>
          <w:rPr>
            <w:rFonts w:cs="Arial"/>
            <w:bCs/>
            <w:sz w:val="24"/>
            <w:szCs w:val="24"/>
          </w:rPr>
          <w:alias w:val="Associate_Degree"/>
          <w:tag w:val="Associate_Degree"/>
          <w:id w:val="-2145347153"/>
          <w14:checkbox>
            <w14:checked w14:val="0"/>
            <w14:checkedState w14:val="2612" w14:font="MS Gothic"/>
            <w14:uncheckedState w14:val="2610" w14:font="MS Gothic"/>
          </w14:checkbox>
        </w:sdtPr>
        <w:sdtContent>
          <w:r w:rsidR="00023423">
            <w:rPr>
              <w:rFonts w:hint="eastAsia" w:ascii="MS Gothic" w:hAnsi="MS Gothic" w:eastAsia="MS Gothic" w:cs="Arial"/>
              <w:bCs/>
              <w:sz w:val="24"/>
              <w:szCs w:val="24"/>
            </w:rPr>
            <w:t>☐</w:t>
          </w:r>
        </w:sdtContent>
      </w:sdt>
      <w:r w:rsidRPr="00865A4C">
        <w:rPr>
          <w:rFonts w:cs="Arial"/>
          <w:bCs/>
          <w:sz w:val="24"/>
          <w:szCs w:val="24"/>
        </w:rPr>
        <w:t xml:space="preserve"> </w:t>
      </w:r>
      <w:proofErr w:type="gramStart"/>
      <w:r w:rsidRPr="00865A4C">
        <w:rPr>
          <w:rFonts w:cs="Arial"/>
          <w:bCs/>
          <w:sz w:val="24"/>
          <w:szCs w:val="24"/>
        </w:rPr>
        <w:t>Associate Degree</w:t>
      </w:r>
      <w:proofErr w:type="gramEnd"/>
      <w:r w:rsidRPr="00865A4C">
        <w:rPr>
          <w:rFonts w:cs="Arial"/>
          <w:bCs/>
          <w:sz w:val="24"/>
          <w:szCs w:val="24"/>
        </w:rPr>
        <w:t xml:space="preserve"> </w:t>
      </w:r>
    </w:p>
    <w:p w:rsidRPr="00865A4C" w:rsidR="0019167F" w:rsidP="3C14692C" w:rsidRDefault="00000000" w14:paraId="2CAF0A99" w14:textId="1EEA63AD">
      <w:pPr>
        <w:ind w:left="720"/>
        <w:rPr>
          <w:rFonts w:cs="Arial"/>
          <w:sz w:val="24"/>
          <w:szCs w:val="24"/>
        </w:rPr>
      </w:pPr>
      <w:sdt>
        <w:sdtPr>
          <w:id w:val="890618828"/>
          <w14:checkbox>
            <w14:checked w14:val="0"/>
            <w14:checkedState w14:val="2612" w14:font="MS Gothic"/>
            <w14:uncheckedState w14:val="2610" w14:font="MS Gothic"/>
          </w14:checkbox>
          <w:alias w:val="COA_16plus"/>
          <w:tag w:val="COA_16plus"/>
          <w:rPr>
            <w:rFonts w:cs="Arial"/>
            <w:sz w:val="24"/>
            <w:szCs w:val="24"/>
          </w:rPr>
        </w:sdtPr>
        <w:sdtContent>
          <w:r w:rsidRPr="3C14692C" w:rsidR="6D733371">
            <w:rPr>
              <w:rFonts w:ascii="MS Gothic" w:hAnsi="MS Gothic" w:eastAsia="MS Gothic" w:cs="MS Gothic"/>
              <w:sz w:val="24"/>
              <w:szCs w:val="24"/>
            </w:rPr>
            <w:t>☐</w:t>
          </w:r>
        </w:sdtContent>
        <w:sdtEndPr>
          <w:rPr>
            <w:rFonts w:cs="Arial"/>
            <w:sz w:val="24"/>
            <w:szCs w:val="24"/>
          </w:rPr>
        </w:sdtEndPr>
      </w:sdt>
      <w:r w:rsidRPr="3C14692C" w:rsidR="00000000">
        <w:rPr>
          <w:rFonts w:cs="Arial"/>
          <w:sz w:val="24"/>
          <w:szCs w:val="24"/>
        </w:rPr>
        <w:t xml:space="preserve"> Certificate of Achievement – 16 units or more   </w:t>
      </w:r>
    </w:p>
    <w:p w:rsidRPr="00865A4C" w:rsidR="00B37AB5" w:rsidP="00865A4C" w:rsidRDefault="00000000" w14:paraId="5E4E937F" w14:textId="77777777">
      <w:pPr>
        <w:ind w:left="720"/>
        <w:rPr>
          <w:rFonts w:cs="Arial"/>
          <w:bCs/>
          <w:sz w:val="24"/>
          <w:szCs w:val="24"/>
        </w:rPr>
      </w:pPr>
      <w:sdt>
        <w:sdtPr>
          <w:rPr>
            <w:rFonts w:cs="Arial"/>
            <w:bCs/>
            <w:sz w:val="24"/>
            <w:szCs w:val="24"/>
          </w:rPr>
          <w:alias w:val="COA_8_15"/>
          <w:tag w:val="COA_8_15"/>
          <w:id w:val="-540125476"/>
          <w14:checkbox>
            <w14:checked w14:val="0"/>
            <w14:checkedState w14:val="2612" w14:font="MS Gothic"/>
            <w14:uncheckedState w14:val="2610" w14:font="MS Gothic"/>
          </w14:checkbox>
        </w:sdtPr>
        <w:sdtContent>
          <w:r w:rsidRPr="00865A4C">
            <w:rPr>
              <w:rFonts w:ascii="Segoe UI Symbol" w:hAnsi="Segoe UI Symbol" w:cs="Segoe UI Symbol"/>
              <w:bCs/>
              <w:sz w:val="24"/>
              <w:szCs w:val="24"/>
            </w:rPr>
            <w:t>☐</w:t>
          </w:r>
        </w:sdtContent>
      </w:sdt>
      <w:r w:rsidRPr="00865A4C">
        <w:rPr>
          <w:rFonts w:cs="Arial"/>
          <w:bCs/>
          <w:sz w:val="24"/>
          <w:szCs w:val="24"/>
        </w:rPr>
        <w:t xml:space="preserve"> Certificate of Achievement – 8 to 15 units  </w:t>
      </w:r>
    </w:p>
    <w:p w:rsidRPr="00865A4C" w:rsidR="0019167F" w:rsidP="00865A4C" w:rsidRDefault="00000000" w14:paraId="52364920" w14:textId="077D55B8">
      <w:pPr>
        <w:ind w:left="720"/>
        <w:rPr>
          <w:rFonts w:cs="Arial"/>
          <w:bCs/>
          <w:sz w:val="24"/>
          <w:szCs w:val="24"/>
        </w:rPr>
      </w:pPr>
      <w:sdt>
        <w:sdtPr>
          <w:rPr>
            <w:rFonts w:cs="Arial"/>
            <w:bCs/>
            <w:sz w:val="24"/>
            <w:szCs w:val="24"/>
          </w:rPr>
          <w:alias w:val="Noncredit_Cert"/>
          <w:tag w:val="Noncredit_Cert"/>
          <w:id w:val="-2105401256"/>
          <w14:checkbox>
            <w14:checked w14:val="0"/>
            <w14:checkedState w14:val="2612" w14:font="MS Gothic"/>
            <w14:uncheckedState w14:val="2610" w14:font="MS Gothic"/>
          </w14:checkbox>
        </w:sdtPr>
        <w:sdtContent>
          <w:r w:rsidRPr="00865A4C">
            <w:rPr>
              <w:rFonts w:ascii="Segoe UI Symbol" w:hAnsi="Segoe UI Symbol" w:cs="Segoe UI Symbol"/>
              <w:bCs/>
              <w:sz w:val="24"/>
              <w:szCs w:val="24"/>
            </w:rPr>
            <w:t>☐</w:t>
          </w:r>
        </w:sdtContent>
      </w:sdt>
      <w:r w:rsidRPr="00865A4C">
        <w:rPr>
          <w:rFonts w:cs="Arial"/>
          <w:bCs/>
          <w:sz w:val="24"/>
          <w:szCs w:val="24"/>
        </w:rPr>
        <w:t xml:space="preserve"> Noncredit Certificate – Completion/Competency (enhanced noncredit)   </w:t>
      </w:r>
    </w:p>
    <w:p w:rsidRPr="00865A4C" w:rsidR="00B37AB5" w:rsidRDefault="00B37AB5" w14:paraId="455BBC93" w14:textId="77777777">
      <w:pPr>
        <w:rPr>
          <w:rFonts w:cs="Arial"/>
          <w:bCs/>
          <w:sz w:val="24"/>
          <w:szCs w:val="24"/>
        </w:rPr>
      </w:pPr>
    </w:p>
    <w:p w:rsidRPr="00865A4C" w:rsidR="0019167F" w:rsidP="00B37AB5" w:rsidRDefault="00000000" w14:paraId="07A03DA6" w14:textId="6E4E1A81">
      <w:pPr>
        <w:pStyle w:val="ListParagraph"/>
        <w:numPr>
          <w:ilvl w:val="0"/>
          <w:numId w:val="12"/>
        </w:numPr>
        <w:rPr>
          <w:rFonts w:cs="Arial"/>
          <w:bCs/>
          <w:sz w:val="24"/>
          <w:szCs w:val="24"/>
        </w:rPr>
      </w:pPr>
      <w:r w:rsidRPr="00865A4C">
        <w:rPr>
          <w:rFonts w:cs="Arial"/>
          <w:bCs/>
          <w:sz w:val="24"/>
          <w:szCs w:val="24"/>
        </w:rPr>
        <w:t>What is the proposed effective date (start date) for the curriculum? (Enter the semester and year.)</w:t>
      </w:r>
    </w:p>
    <w:p w:rsidRPr="00865A4C" w:rsidR="0019167F" w:rsidP="00865A4C" w:rsidRDefault="00000000" w14:paraId="2969C7CC" w14:textId="77777777">
      <w:pPr>
        <w:ind w:left="360" w:firstLine="360"/>
        <w:rPr>
          <w:rFonts w:cs="Arial"/>
          <w:bCs/>
          <w:sz w:val="24"/>
          <w:szCs w:val="24"/>
        </w:rPr>
      </w:pPr>
      <w:sdt>
        <w:sdtPr>
          <w:rPr>
            <w:rFonts w:cs="Arial"/>
            <w:bCs/>
            <w:sz w:val="24"/>
            <w:szCs w:val="24"/>
          </w:rPr>
          <w:alias w:val="Effective_Date"/>
          <w:tag w:val="Effective_Date"/>
          <w:id w:val="431017208"/>
          <w:showingPlcHdr/>
          <w:text/>
        </w:sdtPr>
        <w:sdtContent>
          <w:r w:rsidRPr="00865A4C">
            <w:rPr>
              <w:rFonts w:cs="Arial"/>
              <w:bCs/>
              <w:color w:val="777777"/>
              <w:sz w:val="24"/>
              <w:szCs w:val="24"/>
            </w:rPr>
            <w:t>Semester and year</w:t>
          </w:r>
        </w:sdtContent>
      </w:sdt>
    </w:p>
    <w:p w:rsidRPr="00865A4C" w:rsidR="00B37AB5" w:rsidP="00B37AB5" w:rsidRDefault="00B37AB5" w14:paraId="5120E756" w14:textId="77777777">
      <w:pPr>
        <w:ind w:firstLine="360"/>
        <w:rPr>
          <w:rFonts w:cs="Arial"/>
          <w:bCs/>
          <w:sz w:val="24"/>
          <w:szCs w:val="24"/>
        </w:rPr>
      </w:pPr>
    </w:p>
    <w:p w:rsidRPr="00865A4C" w:rsidR="0019167F" w:rsidP="00B37AB5" w:rsidRDefault="00000000" w14:paraId="5A22A351" w14:textId="351E2E9F">
      <w:pPr>
        <w:pStyle w:val="ListParagraph"/>
        <w:numPr>
          <w:ilvl w:val="0"/>
          <w:numId w:val="12"/>
        </w:numPr>
        <w:rPr>
          <w:rFonts w:cs="Arial"/>
          <w:bCs/>
          <w:sz w:val="24"/>
          <w:szCs w:val="24"/>
        </w:rPr>
      </w:pPr>
      <w:r w:rsidRPr="00865A4C">
        <w:rPr>
          <w:rFonts w:cs="Arial"/>
          <w:bCs/>
          <w:sz w:val="24"/>
          <w:szCs w:val="24"/>
        </w:rPr>
        <w:t>What are the total number of curriculum items needed for approval at CCI (courses and programs)?</w:t>
      </w:r>
    </w:p>
    <w:p w:rsidRPr="00865A4C" w:rsidR="0019167F" w:rsidP="00865A4C" w:rsidRDefault="00000000" w14:paraId="7DE03BD4" w14:textId="77777777">
      <w:pPr>
        <w:ind w:left="360" w:firstLine="360"/>
        <w:rPr>
          <w:rFonts w:cs="Arial"/>
          <w:bCs/>
          <w:sz w:val="24"/>
          <w:szCs w:val="24"/>
        </w:rPr>
      </w:pPr>
      <w:sdt>
        <w:sdtPr>
          <w:rPr>
            <w:rFonts w:cs="Arial"/>
            <w:bCs/>
            <w:sz w:val="24"/>
            <w:szCs w:val="24"/>
          </w:rPr>
          <w:alias w:val="Total_Curriculum_Items"/>
          <w:tag w:val="Total_Curriculum_Items"/>
          <w:id w:val="-1084751604"/>
          <w:showingPlcHdr/>
          <w:text/>
        </w:sdtPr>
        <w:sdtContent>
          <w:r w:rsidRPr="00865A4C">
            <w:rPr>
              <w:rFonts w:cs="Arial"/>
              <w:bCs/>
              <w:color w:val="777777"/>
              <w:sz w:val="24"/>
              <w:szCs w:val="24"/>
            </w:rPr>
            <w:t>Enter total number</w:t>
          </w:r>
        </w:sdtContent>
      </w:sdt>
    </w:p>
    <w:p w:rsidRPr="00865A4C" w:rsidR="00B37AB5" w:rsidP="00B37AB5" w:rsidRDefault="00B37AB5" w14:paraId="1DDA8827" w14:textId="77777777">
      <w:pPr>
        <w:ind w:firstLine="360"/>
        <w:rPr>
          <w:rFonts w:cs="Arial"/>
          <w:bCs/>
          <w:sz w:val="24"/>
          <w:szCs w:val="24"/>
        </w:rPr>
      </w:pPr>
    </w:p>
    <w:p w:rsidRPr="00865A4C" w:rsidR="0019167F" w:rsidP="00B37AB5" w:rsidRDefault="00000000" w14:paraId="1E643951" w14:textId="1C23B525">
      <w:pPr>
        <w:pStyle w:val="ListParagraph"/>
        <w:numPr>
          <w:ilvl w:val="0"/>
          <w:numId w:val="12"/>
        </w:numPr>
        <w:rPr>
          <w:rFonts w:cs="Arial"/>
          <w:bCs/>
          <w:sz w:val="24"/>
          <w:szCs w:val="24"/>
        </w:rPr>
      </w:pPr>
      <w:r w:rsidRPr="00865A4C">
        <w:rPr>
          <w:rFonts w:cs="Arial"/>
          <w:bCs/>
          <w:sz w:val="24"/>
          <w:szCs w:val="24"/>
        </w:rPr>
        <w:t>Collaborate with the CCI Chair and/or Articulation Officer - What is your proposed plan for submitting the new curriculum to meet the proposed effective term within CCI’s framework for approvals? (Areas are limited to 3 items per agenda at Technical Review and on the CCI agenda. CCI requires a 1st and 2nd reading.)</w:t>
      </w:r>
    </w:p>
    <w:p w:rsidRPr="00865A4C" w:rsidR="0019167F" w:rsidP="00865A4C" w:rsidRDefault="00000000" w14:paraId="05F7914D" w14:textId="77777777">
      <w:pPr>
        <w:ind w:left="360" w:firstLine="360"/>
        <w:rPr>
          <w:rFonts w:cs="Arial"/>
          <w:sz w:val="24"/>
          <w:szCs w:val="24"/>
        </w:rPr>
      </w:pPr>
      <w:sdt>
        <w:sdtPr>
          <w:rPr>
            <w:rFonts w:cs="Arial"/>
            <w:sz w:val="24"/>
            <w:szCs w:val="24"/>
          </w:rPr>
          <w:alias w:val="Submission_Plan"/>
          <w:tag w:val="Submission_Plan"/>
          <w:id w:val="1825393578"/>
          <w:showingPlcHdr/>
          <w:text/>
        </w:sdtPr>
        <w:sdtContent>
          <w:r w:rsidRPr="00865A4C">
            <w:rPr>
              <w:rFonts w:cs="Arial"/>
              <w:color w:val="777777"/>
              <w:sz w:val="24"/>
              <w:szCs w:val="24"/>
            </w:rPr>
            <w:t>Click or tap here to enter your proposed plan.</w:t>
          </w:r>
        </w:sdtContent>
      </w:sdt>
    </w:p>
    <w:p w:rsidRPr="00865A4C" w:rsidR="0019167F" w:rsidRDefault="00000000" w14:paraId="058DE548" w14:textId="663144B3">
      <w:pPr>
        <w:rPr>
          <w:rFonts w:cs="Arial"/>
          <w:sz w:val="24"/>
          <w:szCs w:val="24"/>
        </w:rPr>
      </w:pPr>
      <w:sdt>
        <w:sdtPr>
          <w:rPr>
            <w:rFonts w:cs="Arial"/>
            <w:sz w:val="24"/>
            <w:szCs w:val="24"/>
          </w:rPr>
          <w:alias w:val="Submission_Plan_2"/>
          <w:tag w:val="Submission_Plan_2"/>
          <w:id w:val="10355837"/>
          <w:showingPlcHdr/>
          <w:text/>
        </w:sdtPr>
        <w:sdtContent>
          <w:r w:rsidRPr="00865A4C" w:rsidR="00B37AB5">
            <w:rPr>
              <w:rFonts w:cs="Arial"/>
              <w:sz w:val="24"/>
              <w:szCs w:val="24"/>
            </w:rPr>
            <w:t xml:space="preserve">     </w:t>
          </w:r>
        </w:sdtContent>
      </w:sdt>
    </w:p>
    <w:p w:rsidRPr="00865A4C" w:rsidR="0019167F" w:rsidP="00865A4C" w:rsidRDefault="00000000" w14:paraId="2FA1B860" w14:textId="759E37FE">
      <w:pPr>
        <w:pStyle w:val="ListParagraph"/>
        <w:numPr>
          <w:ilvl w:val="0"/>
          <w:numId w:val="12"/>
        </w:numPr>
        <w:rPr>
          <w:rFonts w:cs="Arial"/>
          <w:bCs/>
          <w:sz w:val="24"/>
          <w:szCs w:val="24"/>
        </w:rPr>
      </w:pPr>
      <w:r w:rsidRPr="00865A4C">
        <w:rPr>
          <w:rFonts w:cs="Arial"/>
          <w:bCs/>
          <w:sz w:val="24"/>
          <w:szCs w:val="24"/>
        </w:rPr>
        <w:t>Department and Division:</w:t>
      </w:r>
    </w:p>
    <w:p w:rsidRPr="00865A4C" w:rsidR="0019167F" w:rsidP="00865A4C" w:rsidRDefault="00000000" w14:paraId="6A2AFDB5" w14:textId="77777777">
      <w:pPr>
        <w:ind w:left="720"/>
        <w:rPr>
          <w:rFonts w:cs="Arial"/>
          <w:sz w:val="24"/>
          <w:szCs w:val="24"/>
        </w:rPr>
      </w:pPr>
      <w:sdt>
        <w:sdtPr>
          <w:rPr>
            <w:rFonts w:cs="Arial"/>
            <w:sz w:val="24"/>
            <w:szCs w:val="24"/>
          </w:rPr>
          <w:alias w:val="Department_Division"/>
          <w:tag w:val="Department_Division"/>
          <w:id w:val="2100055880"/>
          <w:showingPlcHdr/>
          <w:text/>
        </w:sdtPr>
        <w:sdtContent>
          <w:r w:rsidRPr="00865A4C">
            <w:rPr>
              <w:rFonts w:cs="Arial"/>
              <w:color w:val="777777"/>
              <w:sz w:val="24"/>
              <w:szCs w:val="24"/>
            </w:rPr>
            <w:t>Click or tap here to enter text.</w:t>
          </w:r>
        </w:sdtContent>
      </w:sdt>
    </w:p>
    <w:p w:rsidR="00865A4C" w:rsidRDefault="00865A4C" w14:paraId="28E45D77" w14:textId="77777777">
      <w:pPr>
        <w:rPr>
          <w:rFonts w:cs="Arial"/>
          <w:b/>
          <w:sz w:val="24"/>
          <w:szCs w:val="24"/>
        </w:rPr>
      </w:pPr>
    </w:p>
    <w:p w:rsidRPr="00865A4C" w:rsidR="0019167F" w:rsidP="00865A4C" w:rsidRDefault="00000000" w14:paraId="0E5409DC" w14:textId="510C6324">
      <w:pPr>
        <w:pStyle w:val="ListParagraph"/>
        <w:numPr>
          <w:ilvl w:val="0"/>
          <w:numId w:val="12"/>
        </w:numPr>
        <w:rPr>
          <w:rFonts w:cs="Arial"/>
          <w:bCs/>
          <w:sz w:val="24"/>
          <w:szCs w:val="24"/>
        </w:rPr>
      </w:pPr>
      <w:r w:rsidRPr="00865A4C">
        <w:rPr>
          <w:rFonts w:cs="Arial"/>
          <w:bCs/>
          <w:sz w:val="24"/>
          <w:szCs w:val="24"/>
        </w:rPr>
        <w:t>Justification and need for the new or revived program:</w:t>
      </w:r>
    </w:p>
    <w:p w:rsidRPr="00865A4C" w:rsidR="0019167F" w:rsidP="00865A4C" w:rsidRDefault="00000000" w14:paraId="490AEF20" w14:textId="77777777">
      <w:pPr>
        <w:ind w:left="720"/>
        <w:rPr>
          <w:rFonts w:cs="Arial"/>
          <w:sz w:val="24"/>
          <w:szCs w:val="24"/>
        </w:rPr>
      </w:pPr>
      <w:sdt>
        <w:sdtPr>
          <w:rPr>
            <w:rFonts w:cs="Arial"/>
            <w:sz w:val="24"/>
            <w:szCs w:val="24"/>
          </w:rPr>
          <w:alias w:val="Justification"/>
          <w:tag w:val="Justification"/>
          <w:id w:val="-871918528"/>
          <w:showingPlcHdr/>
          <w:text/>
        </w:sdtPr>
        <w:sdtContent>
          <w:r w:rsidRPr="00865A4C">
            <w:rPr>
              <w:rFonts w:cs="Arial"/>
              <w:color w:val="777777"/>
              <w:sz w:val="24"/>
              <w:szCs w:val="24"/>
            </w:rPr>
            <w:t>Click or tap here to enter justification and need.</w:t>
          </w:r>
        </w:sdtContent>
      </w:sdt>
    </w:p>
    <w:p w:rsidR="00865A4C" w:rsidRDefault="00865A4C" w14:paraId="737B7792" w14:textId="77777777">
      <w:pPr>
        <w:rPr>
          <w:rFonts w:cs="Arial"/>
          <w:b/>
          <w:sz w:val="24"/>
          <w:szCs w:val="24"/>
        </w:rPr>
      </w:pPr>
    </w:p>
    <w:p w:rsidRPr="00865A4C" w:rsidR="0019167F" w:rsidP="00865A4C" w:rsidRDefault="00000000" w14:paraId="43846CED" w14:textId="7EEE9F30">
      <w:pPr>
        <w:pStyle w:val="ListParagraph"/>
        <w:numPr>
          <w:ilvl w:val="0"/>
          <w:numId w:val="12"/>
        </w:numPr>
        <w:rPr>
          <w:rFonts w:cs="Arial"/>
          <w:bCs/>
          <w:sz w:val="24"/>
          <w:szCs w:val="24"/>
        </w:rPr>
      </w:pPr>
      <w:r w:rsidRPr="00865A4C">
        <w:rPr>
          <w:rFonts w:cs="Arial"/>
          <w:bCs/>
          <w:sz w:val="24"/>
          <w:szCs w:val="24"/>
        </w:rPr>
        <w:t>Responsible party for program assessment?</w:t>
      </w:r>
    </w:p>
    <w:p w:rsidRPr="00865A4C" w:rsidR="0019167F" w:rsidP="00865A4C" w:rsidRDefault="00000000" w14:paraId="4A5392D1" w14:textId="77777777">
      <w:pPr>
        <w:ind w:left="720"/>
        <w:rPr>
          <w:rFonts w:cs="Arial"/>
          <w:sz w:val="24"/>
          <w:szCs w:val="24"/>
        </w:rPr>
      </w:pPr>
      <w:sdt>
        <w:sdtPr>
          <w:rPr>
            <w:rFonts w:cs="Arial"/>
            <w:sz w:val="24"/>
            <w:szCs w:val="24"/>
          </w:rPr>
          <w:alias w:val="Assessment_Responsible"/>
          <w:tag w:val="Assessment_Responsible"/>
          <w:id w:val="-1034188214"/>
          <w:showingPlcHdr/>
          <w:text/>
        </w:sdtPr>
        <w:sdtContent>
          <w:r w:rsidRPr="00865A4C">
            <w:rPr>
              <w:rFonts w:cs="Arial"/>
              <w:color w:val="777777"/>
              <w:sz w:val="24"/>
              <w:szCs w:val="24"/>
            </w:rPr>
            <w:t>Click or tap here to enter text.</w:t>
          </w:r>
        </w:sdtContent>
      </w:sdt>
    </w:p>
    <w:p w:rsidRPr="00865A4C" w:rsidR="00865A4C" w:rsidP="00865A4C" w:rsidRDefault="00865A4C" w14:paraId="3317FE8D" w14:textId="77777777">
      <w:pPr>
        <w:pStyle w:val="ListParagraph"/>
        <w:rPr>
          <w:rFonts w:cs="Arial"/>
          <w:bCs/>
          <w:sz w:val="24"/>
          <w:szCs w:val="24"/>
        </w:rPr>
      </w:pPr>
    </w:p>
    <w:p w:rsidRPr="00865A4C" w:rsidR="0019167F" w:rsidP="00865A4C" w:rsidRDefault="00000000" w14:paraId="03344A26" w14:textId="62E2D526">
      <w:pPr>
        <w:pStyle w:val="ListParagraph"/>
        <w:numPr>
          <w:ilvl w:val="0"/>
          <w:numId w:val="12"/>
        </w:numPr>
        <w:rPr>
          <w:rFonts w:cs="Arial"/>
          <w:bCs/>
          <w:sz w:val="24"/>
          <w:szCs w:val="24"/>
        </w:rPr>
      </w:pPr>
      <w:r w:rsidRPr="00865A4C">
        <w:rPr>
          <w:rFonts w:cs="Arial"/>
          <w:bCs/>
          <w:sz w:val="24"/>
          <w:szCs w:val="24"/>
        </w:rPr>
        <w:t>Provide a summary or catalog description of the program:</w:t>
      </w:r>
    </w:p>
    <w:p w:rsidRPr="00865A4C" w:rsidR="0019167F" w:rsidP="00865A4C" w:rsidRDefault="00000000" w14:paraId="080D4EB4" w14:textId="3A2626FE">
      <w:pPr>
        <w:ind w:left="720"/>
        <w:rPr>
          <w:rFonts w:cs="Arial"/>
          <w:sz w:val="24"/>
          <w:szCs w:val="24"/>
        </w:rPr>
      </w:pPr>
      <w:sdt>
        <w:sdtPr>
          <w:rPr>
            <w:rFonts w:cs="Arial"/>
            <w:sz w:val="24"/>
            <w:szCs w:val="24"/>
          </w:rPr>
          <w:alias w:val="Program_Description"/>
          <w:tag w:val="Program_Description"/>
          <w:id w:val="-2024850769"/>
          <w:text/>
        </w:sdtPr>
        <w:sdtContent>
          <w:r w:rsidRPr="00B361CD" w:rsidR="00865A4C">
            <w:rPr>
              <w:rFonts w:cs="Arial"/>
              <w:sz w:val="24"/>
              <w:szCs w:val="24"/>
            </w:rPr>
            <w:t>Click or tap here to enter text.</w:t>
          </w:r>
        </w:sdtContent>
      </w:sdt>
    </w:p>
    <w:p w:rsidRPr="00865A4C" w:rsidR="0019167F" w:rsidRDefault="00000000" w14:paraId="0190FA08" w14:textId="6F879946">
      <w:pPr>
        <w:rPr>
          <w:rFonts w:cs="Arial"/>
          <w:sz w:val="24"/>
          <w:szCs w:val="24"/>
        </w:rPr>
      </w:pPr>
      <w:sdt>
        <w:sdtPr>
          <w:rPr>
            <w:rFonts w:cs="Arial"/>
            <w:sz w:val="24"/>
            <w:szCs w:val="24"/>
          </w:rPr>
          <w:alias w:val="Program_Description_2"/>
          <w:tag w:val="Program_Description_2"/>
          <w:id w:val="-1550835559"/>
          <w:showingPlcHdr/>
          <w:text/>
        </w:sdtPr>
        <w:sdtContent>
          <w:r w:rsidR="00865A4C">
            <w:rPr>
              <w:rFonts w:cs="Arial"/>
              <w:sz w:val="24"/>
              <w:szCs w:val="24"/>
            </w:rPr>
            <w:t xml:space="preserve">     </w:t>
          </w:r>
        </w:sdtContent>
      </w:sdt>
    </w:p>
    <w:p w:rsidR="0019167F" w:rsidRDefault="00000000" w14:paraId="31D4B693" w14:textId="23004A26">
      <w:pPr>
        <w:rPr>
          <w:rFonts w:cs="Arial"/>
          <w:b/>
          <w:sz w:val="24"/>
          <w:szCs w:val="24"/>
        </w:rPr>
      </w:pPr>
      <w:r w:rsidRPr="00865A4C">
        <w:rPr>
          <w:rFonts w:cs="Arial"/>
          <w:b/>
          <w:sz w:val="24"/>
          <w:szCs w:val="24"/>
        </w:rPr>
        <w:t>List the courses proposed to fulfill the program requirements? (Add additional lines as needed.)</w:t>
      </w:r>
    </w:p>
    <w:p w:rsidRPr="00865A4C" w:rsidR="00865A4C" w:rsidRDefault="00865A4C" w14:paraId="2E0A017F" w14:textId="77777777">
      <w:pPr>
        <w:rPr>
          <w:rFonts w:cs="Arial"/>
          <w:sz w:val="24"/>
          <w:szCs w:val="24"/>
        </w:rPr>
      </w:pPr>
    </w:p>
    <w:tbl>
      <w:tblPr>
        <w:tblStyle w:val="TableGrid"/>
        <w:tblW w:w="0" w:type="auto"/>
        <w:jc w:val="center"/>
        <w:tblCellMar>
          <w:top w:w="70" w:type="dxa"/>
          <w:left w:w="70" w:type="dxa"/>
          <w:bottom w:w="70" w:type="dxa"/>
          <w:right w:w="70" w:type="dxa"/>
        </w:tblCellMar>
        <w:tblLook w:val="04A0" w:firstRow="1" w:lastRow="0" w:firstColumn="1" w:lastColumn="0" w:noHBand="0" w:noVBand="1"/>
      </w:tblPr>
      <w:tblGrid>
        <w:gridCol w:w="6336"/>
        <w:gridCol w:w="1872"/>
        <w:gridCol w:w="1872"/>
      </w:tblGrid>
      <w:tr w:rsidRPr="00865A4C" w:rsidR="0019167F" w14:paraId="7F85D471" w14:textId="77777777">
        <w:trPr>
          <w:jc w:val="center"/>
        </w:trPr>
        <w:tc>
          <w:tcPr>
            <w:tcW w:w="6336" w:type="dxa"/>
            <w:vAlign w:val="center"/>
          </w:tcPr>
          <w:p w:rsidRPr="00865A4C" w:rsidR="0019167F" w:rsidRDefault="00000000" w14:paraId="486D0065" w14:textId="77777777">
            <w:pPr>
              <w:rPr>
                <w:rFonts w:cs="Arial"/>
                <w:sz w:val="24"/>
                <w:szCs w:val="24"/>
              </w:rPr>
            </w:pPr>
            <w:r w:rsidRPr="00865A4C">
              <w:rPr>
                <w:rFonts w:cs="Arial"/>
                <w:b/>
                <w:sz w:val="24"/>
                <w:szCs w:val="24"/>
              </w:rPr>
              <w:t>Course name and number</w:t>
            </w:r>
          </w:p>
        </w:tc>
        <w:tc>
          <w:tcPr>
            <w:tcW w:w="1872" w:type="dxa"/>
            <w:vAlign w:val="center"/>
          </w:tcPr>
          <w:p w:rsidRPr="00865A4C" w:rsidR="0019167F" w:rsidP="00865A4C" w:rsidRDefault="00000000" w14:paraId="18B4FCB8" w14:textId="77777777">
            <w:pPr>
              <w:jc w:val="center"/>
              <w:rPr>
                <w:rFonts w:cs="Arial"/>
                <w:sz w:val="24"/>
                <w:szCs w:val="24"/>
              </w:rPr>
            </w:pPr>
            <w:r w:rsidRPr="00865A4C">
              <w:rPr>
                <w:rFonts w:cs="Arial"/>
                <w:b/>
                <w:sz w:val="24"/>
                <w:szCs w:val="24"/>
              </w:rPr>
              <w:t>Existing GWC course</w:t>
            </w:r>
          </w:p>
        </w:tc>
        <w:tc>
          <w:tcPr>
            <w:tcW w:w="1872" w:type="dxa"/>
            <w:vAlign w:val="center"/>
          </w:tcPr>
          <w:p w:rsidRPr="00865A4C" w:rsidR="0019167F" w:rsidP="00865A4C" w:rsidRDefault="00000000" w14:paraId="724FEEB7" w14:textId="77777777">
            <w:pPr>
              <w:jc w:val="center"/>
              <w:rPr>
                <w:rFonts w:cs="Arial"/>
                <w:sz w:val="24"/>
                <w:szCs w:val="24"/>
              </w:rPr>
            </w:pPr>
            <w:r w:rsidRPr="00865A4C">
              <w:rPr>
                <w:rFonts w:cs="Arial"/>
                <w:b/>
                <w:sz w:val="24"/>
                <w:szCs w:val="24"/>
              </w:rPr>
              <w:t>New GWC course</w:t>
            </w:r>
          </w:p>
        </w:tc>
      </w:tr>
      <w:tr w:rsidRPr="00865A4C" w:rsidR="0019167F" w14:paraId="3669AA8E" w14:textId="77777777">
        <w:trPr>
          <w:jc w:val="center"/>
        </w:trPr>
        <w:tc>
          <w:tcPr>
            <w:tcW w:w="6336" w:type="dxa"/>
          </w:tcPr>
          <w:p w:rsidRPr="00865A4C" w:rsidR="0019167F" w:rsidRDefault="00000000" w14:paraId="4C33FDE4" w14:textId="77777777">
            <w:pPr>
              <w:rPr>
                <w:rFonts w:cs="Arial"/>
                <w:sz w:val="24"/>
                <w:szCs w:val="24"/>
              </w:rPr>
            </w:pPr>
            <w:sdt>
              <w:sdtPr>
                <w:rPr>
                  <w:rFonts w:cs="Arial"/>
                  <w:sz w:val="24"/>
                  <w:szCs w:val="24"/>
                </w:rPr>
                <w:alias w:val="Course_1"/>
                <w:tag w:val="Course_1"/>
                <w:id w:val="-810253894"/>
                <w:showingPlcHdr/>
                <w:text/>
              </w:sdtPr>
              <w:sdtContent>
                <w:r w:rsidRPr="00865A4C">
                  <w:rPr>
                    <w:rFonts w:cs="Arial"/>
                    <w:color w:val="777777"/>
                    <w:sz w:val="24"/>
                    <w:szCs w:val="24"/>
                  </w:rPr>
                  <w:t>Enter course</w:t>
                </w:r>
              </w:sdtContent>
            </w:sdt>
          </w:p>
        </w:tc>
        <w:tc>
          <w:tcPr>
            <w:tcW w:w="1872" w:type="dxa"/>
          </w:tcPr>
          <w:p w:rsidRPr="00865A4C" w:rsidR="0019167F" w:rsidP="00C95BEF" w:rsidRDefault="00000000" w14:paraId="01A00400" w14:textId="3E6189E8">
            <w:pPr>
              <w:jc w:val="center"/>
              <w:rPr>
                <w:rFonts w:cs="Arial"/>
                <w:sz w:val="24"/>
                <w:szCs w:val="24"/>
              </w:rPr>
            </w:pPr>
            <w:sdt>
              <w:sdtPr>
                <w:rPr>
                  <w:rFonts w:cs="Arial"/>
                  <w:sz w:val="24"/>
                  <w:szCs w:val="24"/>
                </w:rPr>
                <w:alias w:val="Course_1_Existing"/>
                <w:tag w:val="Course_1_Existing"/>
                <w:id w:val="376747317"/>
                <w14:checkbox>
                  <w14:checked w14:val="0"/>
                  <w14:checkedState w14:val="2612" w14:font="MS Gothic"/>
                  <w14:uncheckedState w14:val="2610" w14:font="MS Gothic"/>
                </w14:checkbox>
              </w:sdtPr>
              <w:sdtContent>
                <w:r w:rsidRPr="00865A4C" w:rsidR="00C95BEF">
                  <w:rPr>
                    <w:rFonts w:ascii="Segoe UI Symbol" w:hAnsi="Segoe UI Symbol" w:eastAsia="MS Gothic" w:cs="Segoe UI Symbol"/>
                    <w:sz w:val="24"/>
                    <w:szCs w:val="24"/>
                  </w:rPr>
                  <w:t>☐</w:t>
                </w:r>
              </w:sdtContent>
            </w:sdt>
          </w:p>
        </w:tc>
        <w:tc>
          <w:tcPr>
            <w:tcW w:w="1872" w:type="dxa"/>
          </w:tcPr>
          <w:p w:rsidRPr="00865A4C" w:rsidR="0019167F" w:rsidP="00C95BEF" w:rsidRDefault="00000000" w14:paraId="72C62440" w14:textId="52C01F84">
            <w:pPr>
              <w:jc w:val="center"/>
              <w:rPr>
                <w:rFonts w:cs="Arial"/>
                <w:sz w:val="24"/>
                <w:szCs w:val="24"/>
              </w:rPr>
            </w:pPr>
            <w:sdt>
              <w:sdtPr>
                <w:rPr>
                  <w:rFonts w:cs="Arial"/>
                  <w:sz w:val="24"/>
                  <w:szCs w:val="24"/>
                </w:rPr>
                <w:alias w:val="Course_1_New"/>
                <w:tag w:val="Course_1_New"/>
                <w:id w:val="385535476"/>
                <w14:checkbox>
                  <w14:checked w14:val="0"/>
                  <w14:checkedState w14:val="2612" w14:font="MS Gothic"/>
                  <w14:uncheckedState w14:val="2610" w14:font="MS Gothic"/>
                </w14:checkbox>
              </w:sdtPr>
              <w:sdtContent>
                <w:r w:rsidRPr="00865A4C" w:rsidR="00C95BEF">
                  <w:rPr>
                    <w:rFonts w:ascii="Segoe UI Symbol" w:hAnsi="Segoe UI Symbol" w:eastAsia="MS Gothic" w:cs="Segoe UI Symbol"/>
                    <w:sz w:val="24"/>
                    <w:szCs w:val="24"/>
                  </w:rPr>
                  <w:t>☐</w:t>
                </w:r>
              </w:sdtContent>
            </w:sdt>
          </w:p>
        </w:tc>
      </w:tr>
      <w:tr w:rsidRPr="00865A4C" w:rsidR="0019167F" w14:paraId="48BF6B67" w14:textId="77777777">
        <w:trPr>
          <w:jc w:val="center"/>
        </w:trPr>
        <w:tc>
          <w:tcPr>
            <w:tcW w:w="6336" w:type="dxa"/>
          </w:tcPr>
          <w:p w:rsidRPr="00865A4C" w:rsidR="0019167F" w:rsidRDefault="00000000" w14:paraId="0EC0DFFB" w14:textId="77777777">
            <w:pPr>
              <w:rPr>
                <w:rFonts w:cs="Arial"/>
                <w:sz w:val="24"/>
                <w:szCs w:val="24"/>
              </w:rPr>
            </w:pPr>
            <w:sdt>
              <w:sdtPr>
                <w:rPr>
                  <w:rFonts w:cs="Arial"/>
                  <w:sz w:val="24"/>
                  <w:szCs w:val="24"/>
                </w:rPr>
                <w:alias w:val="Course_2"/>
                <w:tag w:val="Course_2"/>
                <w:id w:val="1645703335"/>
                <w:showingPlcHdr/>
                <w:text/>
              </w:sdtPr>
              <w:sdtContent>
                <w:r w:rsidRPr="00865A4C">
                  <w:rPr>
                    <w:rFonts w:cs="Arial"/>
                    <w:color w:val="777777"/>
                    <w:sz w:val="24"/>
                    <w:szCs w:val="24"/>
                  </w:rPr>
                  <w:t>Enter course</w:t>
                </w:r>
              </w:sdtContent>
            </w:sdt>
          </w:p>
        </w:tc>
        <w:tc>
          <w:tcPr>
            <w:tcW w:w="1872" w:type="dxa"/>
          </w:tcPr>
          <w:p w:rsidRPr="00865A4C" w:rsidR="0019167F" w:rsidP="00C95BEF" w:rsidRDefault="00000000" w14:paraId="185D6439" w14:textId="2F85E4F1">
            <w:pPr>
              <w:jc w:val="center"/>
              <w:rPr>
                <w:rFonts w:cs="Arial"/>
                <w:sz w:val="24"/>
                <w:szCs w:val="24"/>
              </w:rPr>
            </w:pPr>
            <w:sdt>
              <w:sdtPr>
                <w:rPr>
                  <w:rFonts w:cs="Arial"/>
                  <w:sz w:val="24"/>
                  <w:szCs w:val="24"/>
                </w:rPr>
                <w:alias w:val="Course_2_Existing"/>
                <w:tag w:val="Course_2_Existing"/>
                <w:id w:val="301970388"/>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p>
        </w:tc>
        <w:tc>
          <w:tcPr>
            <w:tcW w:w="1872" w:type="dxa"/>
          </w:tcPr>
          <w:p w:rsidRPr="00865A4C" w:rsidR="0019167F" w:rsidP="00C95BEF" w:rsidRDefault="00000000" w14:paraId="51DA8F7C" w14:textId="7C72EBF8">
            <w:pPr>
              <w:jc w:val="center"/>
              <w:rPr>
                <w:rFonts w:cs="Arial"/>
                <w:sz w:val="24"/>
                <w:szCs w:val="24"/>
              </w:rPr>
            </w:pPr>
            <w:sdt>
              <w:sdtPr>
                <w:rPr>
                  <w:rFonts w:cs="Arial"/>
                  <w:sz w:val="24"/>
                  <w:szCs w:val="24"/>
                </w:rPr>
                <w:alias w:val="Course_2_New"/>
                <w:tag w:val="Course_2_New"/>
                <w:id w:val="882823750"/>
                <w14:checkbox>
                  <w14:checked w14:val="0"/>
                  <w14:checkedState w14:val="2612" w14:font="MS Gothic"/>
                  <w14:uncheckedState w14:val="2610" w14:font="MS Gothic"/>
                </w14:checkbox>
              </w:sdtPr>
              <w:sdtContent>
                <w:r w:rsidRPr="00865A4C" w:rsidR="00C95BEF">
                  <w:rPr>
                    <w:rFonts w:ascii="Segoe UI Symbol" w:hAnsi="Segoe UI Symbol" w:eastAsia="MS Gothic" w:cs="Segoe UI Symbol"/>
                    <w:sz w:val="24"/>
                    <w:szCs w:val="24"/>
                  </w:rPr>
                  <w:t>☐</w:t>
                </w:r>
              </w:sdtContent>
            </w:sdt>
          </w:p>
        </w:tc>
      </w:tr>
      <w:tr w:rsidRPr="00865A4C" w:rsidR="0019167F" w14:paraId="44A065F6" w14:textId="77777777">
        <w:trPr>
          <w:jc w:val="center"/>
        </w:trPr>
        <w:tc>
          <w:tcPr>
            <w:tcW w:w="6336" w:type="dxa"/>
          </w:tcPr>
          <w:p w:rsidRPr="00865A4C" w:rsidR="0019167F" w:rsidRDefault="00000000" w14:paraId="728822B6" w14:textId="77777777">
            <w:pPr>
              <w:rPr>
                <w:rFonts w:cs="Arial"/>
                <w:sz w:val="24"/>
                <w:szCs w:val="24"/>
              </w:rPr>
            </w:pPr>
            <w:sdt>
              <w:sdtPr>
                <w:rPr>
                  <w:rFonts w:cs="Arial"/>
                  <w:sz w:val="24"/>
                  <w:szCs w:val="24"/>
                </w:rPr>
                <w:alias w:val="Course_3"/>
                <w:tag w:val="Course_3"/>
                <w:id w:val="971183255"/>
                <w:showingPlcHdr/>
                <w:text/>
              </w:sdtPr>
              <w:sdtContent>
                <w:r w:rsidRPr="00865A4C">
                  <w:rPr>
                    <w:rFonts w:cs="Arial"/>
                    <w:color w:val="777777"/>
                    <w:sz w:val="24"/>
                    <w:szCs w:val="24"/>
                  </w:rPr>
                  <w:t>Enter course</w:t>
                </w:r>
              </w:sdtContent>
            </w:sdt>
          </w:p>
        </w:tc>
        <w:tc>
          <w:tcPr>
            <w:tcW w:w="1872" w:type="dxa"/>
          </w:tcPr>
          <w:p w:rsidRPr="00865A4C" w:rsidR="0019167F" w:rsidP="00C95BEF" w:rsidRDefault="00000000" w14:paraId="6BA88737" w14:textId="5FD3742A">
            <w:pPr>
              <w:jc w:val="center"/>
              <w:rPr>
                <w:rFonts w:cs="Arial"/>
                <w:sz w:val="24"/>
                <w:szCs w:val="24"/>
              </w:rPr>
            </w:pPr>
            <w:sdt>
              <w:sdtPr>
                <w:rPr>
                  <w:rFonts w:cs="Arial"/>
                  <w:sz w:val="24"/>
                  <w:szCs w:val="24"/>
                </w:rPr>
                <w:alias w:val="Course_3_Existing"/>
                <w:tag w:val="Course_3_Existing"/>
                <w:id w:val="585049776"/>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p>
        </w:tc>
        <w:tc>
          <w:tcPr>
            <w:tcW w:w="1872" w:type="dxa"/>
          </w:tcPr>
          <w:p w:rsidRPr="00865A4C" w:rsidR="0019167F" w:rsidP="00C95BEF" w:rsidRDefault="00000000" w14:paraId="3B5846C9" w14:textId="4E1C5ED3">
            <w:pPr>
              <w:jc w:val="center"/>
              <w:rPr>
                <w:rFonts w:cs="Arial"/>
                <w:sz w:val="24"/>
                <w:szCs w:val="24"/>
              </w:rPr>
            </w:pPr>
            <w:sdt>
              <w:sdtPr>
                <w:rPr>
                  <w:rFonts w:cs="Arial"/>
                  <w:sz w:val="24"/>
                  <w:szCs w:val="24"/>
                </w:rPr>
                <w:alias w:val="Course_3_New"/>
                <w:tag w:val="Course_3_New"/>
                <w:id w:val="-2038191612"/>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p>
        </w:tc>
      </w:tr>
      <w:tr w:rsidRPr="00865A4C" w:rsidR="0019167F" w14:paraId="4AA0B3E2" w14:textId="77777777">
        <w:trPr>
          <w:jc w:val="center"/>
        </w:trPr>
        <w:tc>
          <w:tcPr>
            <w:tcW w:w="6336" w:type="dxa"/>
          </w:tcPr>
          <w:p w:rsidRPr="00865A4C" w:rsidR="0019167F" w:rsidRDefault="00000000" w14:paraId="58745925" w14:textId="77777777">
            <w:pPr>
              <w:rPr>
                <w:rFonts w:cs="Arial"/>
                <w:sz w:val="24"/>
                <w:szCs w:val="24"/>
              </w:rPr>
            </w:pPr>
            <w:sdt>
              <w:sdtPr>
                <w:rPr>
                  <w:rFonts w:cs="Arial"/>
                  <w:sz w:val="24"/>
                  <w:szCs w:val="24"/>
                </w:rPr>
                <w:alias w:val="Course_4"/>
                <w:tag w:val="Course_4"/>
                <w:id w:val="-1413546311"/>
                <w:showingPlcHdr/>
                <w:text/>
              </w:sdtPr>
              <w:sdtContent>
                <w:r w:rsidRPr="00865A4C">
                  <w:rPr>
                    <w:rFonts w:cs="Arial"/>
                    <w:color w:val="777777"/>
                    <w:sz w:val="24"/>
                    <w:szCs w:val="24"/>
                  </w:rPr>
                  <w:t>Enter course</w:t>
                </w:r>
              </w:sdtContent>
            </w:sdt>
          </w:p>
        </w:tc>
        <w:tc>
          <w:tcPr>
            <w:tcW w:w="1872" w:type="dxa"/>
          </w:tcPr>
          <w:p w:rsidRPr="00865A4C" w:rsidR="0019167F" w:rsidP="00C95BEF" w:rsidRDefault="00000000" w14:paraId="028CC4ED" w14:textId="316EB040">
            <w:pPr>
              <w:jc w:val="center"/>
              <w:rPr>
                <w:rFonts w:cs="Arial"/>
                <w:sz w:val="24"/>
                <w:szCs w:val="24"/>
              </w:rPr>
            </w:pPr>
            <w:sdt>
              <w:sdtPr>
                <w:rPr>
                  <w:rFonts w:cs="Arial"/>
                  <w:sz w:val="24"/>
                  <w:szCs w:val="24"/>
                </w:rPr>
                <w:alias w:val="Course_4_Existing"/>
                <w:tag w:val="Course_4_Existing"/>
                <w:id w:val="1838192307"/>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p>
        </w:tc>
        <w:tc>
          <w:tcPr>
            <w:tcW w:w="1872" w:type="dxa"/>
          </w:tcPr>
          <w:p w:rsidRPr="00865A4C" w:rsidR="0019167F" w:rsidP="00C95BEF" w:rsidRDefault="00000000" w14:paraId="6D6B5B76" w14:textId="7E6C5ACB">
            <w:pPr>
              <w:jc w:val="center"/>
              <w:rPr>
                <w:rFonts w:cs="Arial"/>
                <w:sz w:val="24"/>
                <w:szCs w:val="24"/>
              </w:rPr>
            </w:pPr>
            <w:sdt>
              <w:sdtPr>
                <w:rPr>
                  <w:rFonts w:cs="Arial"/>
                  <w:sz w:val="24"/>
                  <w:szCs w:val="24"/>
                </w:rPr>
                <w:alias w:val="Course_4_New"/>
                <w:tag w:val="Course_4_New"/>
                <w:id w:val="-1474208732"/>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p>
        </w:tc>
      </w:tr>
      <w:tr w:rsidRPr="00865A4C" w:rsidR="0019167F" w14:paraId="245A7D76" w14:textId="77777777">
        <w:trPr>
          <w:jc w:val="center"/>
        </w:trPr>
        <w:tc>
          <w:tcPr>
            <w:tcW w:w="6336" w:type="dxa"/>
          </w:tcPr>
          <w:p w:rsidRPr="00865A4C" w:rsidR="0019167F" w:rsidRDefault="00000000" w14:paraId="1221B2CE" w14:textId="77777777">
            <w:pPr>
              <w:rPr>
                <w:rFonts w:cs="Arial"/>
                <w:sz w:val="24"/>
                <w:szCs w:val="24"/>
              </w:rPr>
            </w:pPr>
            <w:sdt>
              <w:sdtPr>
                <w:rPr>
                  <w:rFonts w:cs="Arial"/>
                  <w:sz w:val="24"/>
                  <w:szCs w:val="24"/>
                </w:rPr>
                <w:alias w:val="Course_5"/>
                <w:tag w:val="Course_5"/>
                <w:id w:val="947664058"/>
                <w:showingPlcHdr/>
                <w:text/>
              </w:sdtPr>
              <w:sdtContent>
                <w:r w:rsidRPr="00865A4C">
                  <w:rPr>
                    <w:rFonts w:cs="Arial"/>
                    <w:color w:val="777777"/>
                    <w:sz w:val="24"/>
                    <w:szCs w:val="24"/>
                  </w:rPr>
                  <w:t>Enter course</w:t>
                </w:r>
              </w:sdtContent>
            </w:sdt>
          </w:p>
        </w:tc>
        <w:tc>
          <w:tcPr>
            <w:tcW w:w="1872" w:type="dxa"/>
          </w:tcPr>
          <w:p w:rsidRPr="00865A4C" w:rsidR="0019167F" w:rsidP="00C95BEF" w:rsidRDefault="00000000" w14:paraId="31D54A2D" w14:textId="1DE40BE5">
            <w:pPr>
              <w:jc w:val="center"/>
              <w:rPr>
                <w:rFonts w:cs="Arial"/>
                <w:sz w:val="24"/>
                <w:szCs w:val="24"/>
              </w:rPr>
            </w:pPr>
            <w:sdt>
              <w:sdtPr>
                <w:rPr>
                  <w:rFonts w:cs="Arial"/>
                  <w:sz w:val="24"/>
                  <w:szCs w:val="24"/>
                </w:rPr>
                <w:alias w:val="Course_5_Existing"/>
                <w:tag w:val="Course_5_Existing"/>
                <w:id w:val="326327352"/>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p>
        </w:tc>
        <w:tc>
          <w:tcPr>
            <w:tcW w:w="1872" w:type="dxa"/>
          </w:tcPr>
          <w:p w:rsidRPr="00865A4C" w:rsidR="0019167F" w:rsidP="00C95BEF" w:rsidRDefault="00000000" w14:paraId="5E8B62CF" w14:textId="50A90444">
            <w:pPr>
              <w:jc w:val="center"/>
              <w:rPr>
                <w:rFonts w:cs="Arial"/>
                <w:sz w:val="24"/>
                <w:szCs w:val="24"/>
              </w:rPr>
            </w:pPr>
            <w:sdt>
              <w:sdtPr>
                <w:rPr>
                  <w:rFonts w:cs="Arial"/>
                  <w:sz w:val="24"/>
                  <w:szCs w:val="24"/>
                </w:rPr>
                <w:alias w:val="Course_5_New"/>
                <w:tag w:val="Course_5_New"/>
                <w:id w:val="418602699"/>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p>
        </w:tc>
      </w:tr>
      <w:tr w:rsidRPr="00865A4C" w:rsidR="0019167F" w14:paraId="5235C8A2" w14:textId="77777777">
        <w:trPr>
          <w:jc w:val="center"/>
        </w:trPr>
        <w:tc>
          <w:tcPr>
            <w:tcW w:w="6336" w:type="dxa"/>
          </w:tcPr>
          <w:p w:rsidRPr="00865A4C" w:rsidR="0019167F" w:rsidRDefault="00000000" w14:paraId="3E8BDEAD" w14:textId="77777777">
            <w:pPr>
              <w:rPr>
                <w:rFonts w:cs="Arial"/>
                <w:sz w:val="24"/>
                <w:szCs w:val="24"/>
              </w:rPr>
            </w:pPr>
            <w:sdt>
              <w:sdtPr>
                <w:rPr>
                  <w:rFonts w:cs="Arial"/>
                  <w:sz w:val="24"/>
                  <w:szCs w:val="24"/>
                </w:rPr>
                <w:alias w:val="Course_6"/>
                <w:tag w:val="Course_6"/>
                <w:id w:val="-525489603"/>
                <w:showingPlcHdr/>
                <w:text/>
              </w:sdtPr>
              <w:sdtContent>
                <w:r w:rsidRPr="00865A4C">
                  <w:rPr>
                    <w:rFonts w:cs="Arial"/>
                    <w:color w:val="777777"/>
                    <w:sz w:val="24"/>
                    <w:szCs w:val="24"/>
                  </w:rPr>
                  <w:t>Enter course</w:t>
                </w:r>
              </w:sdtContent>
            </w:sdt>
          </w:p>
        </w:tc>
        <w:tc>
          <w:tcPr>
            <w:tcW w:w="1872" w:type="dxa"/>
          </w:tcPr>
          <w:p w:rsidRPr="00865A4C" w:rsidR="0019167F" w:rsidP="00C95BEF" w:rsidRDefault="00000000" w14:paraId="16EA5F47" w14:textId="7F1587C1">
            <w:pPr>
              <w:jc w:val="center"/>
              <w:rPr>
                <w:rFonts w:cs="Arial"/>
                <w:sz w:val="24"/>
                <w:szCs w:val="24"/>
              </w:rPr>
            </w:pPr>
            <w:sdt>
              <w:sdtPr>
                <w:rPr>
                  <w:rFonts w:cs="Arial"/>
                  <w:sz w:val="24"/>
                  <w:szCs w:val="24"/>
                </w:rPr>
                <w:alias w:val="Course_6_Existing"/>
                <w:tag w:val="Course_6_Existing"/>
                <w:id w:val="1299102835"/>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p>
        </w:tc>
        <w:tc>
          <w:tcPr>
            <w:tcW w:w="1872" w:type="dxa"/>
          </w:tcPr>
          <w:p w:rsidRPr="00865A4C" w:rsidR="0019167F" w:rsidP="00C95BEF" w:rsidRDefault="00000000" w14:paraId="3855E4C2" w14:textId="7805FC42">
            <w:pPr>
              <w:jc w:val="center"/>
              <w:rPr>
                <w:rFonts w:cs="Arial"/>
                <w:sz w:val="24"/>
                <w:szCs w:val="24"/>
              </w:rPr>
            </w:pPr>
            <w:sdt>
              <w:sdtPr>
                <w:rPr>
                  <w:rFonts w:cs="Arial"/>
                  <w:sz w:val="24"/>
                  <w:szCs w:val="24"/>
                </w:rPr>
                <w:alias w:val="Course_6_New"/>
                <w:tag w:val="Course_6_New"/>
                <w:id w:val="-568500324"/>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p>
        </w:tc>
      </w:tr>
      <w:tr w:rsidRPr="00865A4C" w:rsidR="0019167F" w14:paraId="08F449DD" w14:textId="77777777">
        <w:trPr>
          <w:jc w:val="center"/>
        </w:trPr>
        <w:tc>
          <w:tcPr>
            <w:tcW w:w="6336" w:type="dxa"/>
          </w:tcPr>
          <w:p w:rsidRPr="00865A4C" w:rsidR="0019167F" w:rsidRDefault="00000000" w14:paraId="745EC6BD" w14:textId="77777777">
            <w:pPr>
              <w:rPr>
                <w:rFonts w:cs="Arial"/>
                <w:sz w:val="24"/>
                <w:szCs w:val="24"/>
              </w:rPr>
            </w:pPr>
            <w:sdt>
              <w:sdtPr>
                <w:rPr>
                  <w:rFonts w:cs="Arial"/>
                  <w:sz w:val="24"/>
                  <w:szCs w:val="24"/>
                </w:rPr>
                <w:alias w:val="Course_7"/>
                <w:tag w:val="Course_7"/>
                <w:id w:val="676315354"/>
                <w:showingPlcHdr/>
                <w:text/>
              </w:sdtPr>
              <w:sdtContent>
                <w:r w:rsidRPr="00865A4C">
                  <w:rPr>
                    <w:rFonts w:cs="Arial"/>
                    <w:color w:val="777777"/>
                    <w:sz w:val="24"/>
                    <w:szCs w:val="24"/>
                  </w:rPr>
                  <w:t>Enter course</w:t>
                </w:r>
              </w:sdtContent>
            </w:sdt>
          </w:p>
        </w:tc>
        <w:tc>
          <w:tcPr>
            <w:tcW w:w="1872" w:type="dxa"/>
          </w:tcPr>
          <w:p w:rsidRPr="00865A4C" w:rsidR="0019167F" w:rsidP="00C95BEF" w:rsidRDefault="00000000" w14:paraId="72FB4355" w14:textId="18AB67A4">
            <w:pPr>
              <w:jc w:val="center"/>
              <w:rPr>
                <w:rFonts w:cs="Arial"/>
                <w:sz w:val="24"/>
                <w:szCs w:val="24"/>
              </w:rPr>
            </w:pPr>
            <w:sdt>
              <w:sdtPr>
                <w:rPr>
                  <w:rFonts w:cs="Arial"/>
                  <w:sz w:val="24"/>
                  <w:szCs w:val="24"/>
                </w:rPr>
                <w:alias w:val="Course_7_Existing"/>
                <w:tag w:val="Course_7_Existing"/>
                <w:id w:val="-1064183837"/>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p>
        </w:tc>
        <w:tc>
          <w:tcPr>
            <w:tcW w:w="1872" w:type="dxa"/>
          </w:tcPr>
          <w:p w:rsidRPr="00865A4C" w:rsidR="0019167F" w:rsidP="00C95BEF" w:rsidRDefault="00000000" w14:paraId="2C530BB1" w14:textId="02B3B534">
            <w:pPr>
              <w:jc w:val="center"/>
              <w:rPr>
                <w:rFonts w:cs="Arial"/>
                <w:sz w:val="24"/>
                <w:szCs w:val="24"/>
              </w:rPr>
            </w:pPr>
            <w:sdt>
              <w:sdtPr>
                <w:rPr>
                  <w:rFonts w:cs="Arial"/>
                  <w:sz w:val="24"/>
                  <w:szCs w:val="24"/>
                </w:rPr>
                <w:alias w:val="Course_7_New"/>
                <w:tag w:val="Course_7_New"/>
                <w:id w:val="-1975436857"/>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p>
        </w:tc>
      </w:tr>
    </w:tbl>
    <w:p w:rsidRPr="00865A4C" w:rsidR="00C95BEF" w:rsidRDefault="00C95BEF" w14:paraId="428B16EA" w14:textId="77777777">
      <w:pPr>
        <w:rPr>
          <w:rFonts w:cs="Arial"/>
          <w:b/>
          <w:sz w:val="24"/>
          <w:szCs w:val="24"/>
        </w:rPr>
      </w:pPr>
    </w:p>
    <w:p w:rsidRPr="00865A4C" w:rsidR="0019167F" w:rsidRDefault="00000000" w14:paraId="1EC25E7B" w14:textId="45139224">
      <w:pPr>
        <w:rPr>
          <w:rFonts w:cs="Arial"/>
          <w:sz w:val="24"/>
          <w:szCs w:val="24"/>
        </w:rPr>
      </w:pPr>
      <w:r w:rsidRPr="00865A4C">
        <w:rPr>
          <w:rFonts w:cs="Arial"/>
          <w:b/>
          <w:sz w:val="24"/>
          <w:szCs w:val="24"/>
        </w:rPr>
        <w:t xml:space="preserve">Total units </w:t>
      </w:r>
      <w:r w:rsidRPr="00865A4C" w:rsidR="00293792">
        <w:rPr>
          <w:rFonts w:cs="Arial"/>
          <w:b/>
          <w:sz w:val="24"/>
          <w:szCs w:val="24"/>
        </w:rPr>
        <w:t>(credit) or</w:t>
      </w:r>
      <w:r w:rsidRPr="00865A4C">
        <w:rPr>
          <w:rFonts w:cs="Arial"/>
          <w:b/>
          <w:sz w:val="24"/>
          <w:szCs w:val="24"/>
        </w:rPr>
        <w:t xml:space="preserve"> hours</w:t>
      </w:r>
      <w:r w:rsidRPr="00865A4C" w:rsidR="00293792">
        <w:rPr>
          <w:rFonts w:cs="Arial"/>
          <w:b/>
          <w:sz w:val="24"/>
          <w:szCs w:val="24"/>
        </w:rPr>
        <w:t xml:space="preserve"> (noncredit)</w:t>
      </w:r>
      <w:r w:rsidRPr="00865A4C">
        <w:rPr>
          <w:rFonts w:cs="Arial"/>
          <w:b/>
          <w:sz w:val="24"/>
          <w:szCs w:val="24"/>
        </w:rPr>
        <w:t xml:space="preserve">: </w:t>
      </w:r>
      <w:sdt>
        <w:sdtPr>
          <w:rPr>
            <w:rFonts w:cs="Arial"/>
            <w:sz w:val="24"/>
            <w:szCs w:val="24"/>
          </w:rPr>
          <w:alias w:val="Total_Units_Hours"/>
          <w:tag w:val="Total_Units_Hours"/>
          <w:id w:val="-873542416"/>
          <w:showingPlcHdr/>
          <w:text/>
        </w:sdtPr>
        <w:sdtContent>
          <w:r w:rsidRPr="00865A4C">
            <w:rPr>
              <w:rFonts w:cs="Arial"/>
              <w:color w:val="777777"/>
              <w:sz w:val="24"/>
              <w:szCs w:val="24"/>
            </w:rPr>
            <w:t>Enter total units / hours</w:t>
          </w:r>
        </w:sdtContent>
      </w:sdt>
    </w:p>
    <w:p w:rsidRPr="00865A4C" w:rsidR="00C95BEF" w:rsidRDefault="00C95BEF" w14:paraId="7000274C" w14:textId="77777777">
      <w:pPr>
        <w:rPr>
          <w:rFonts w:cs="Arial"/>
          <w:b/>
          <w:sz w:val="24"/>
          <w:szCs w:val="24"/>
        </w:rPr>
      </w:pPr>
    </w:p>
    <w:p w:rsidRPr="00865A4C" w:rsidR="0019167F" w:rsidP="00865A4C" w:rsidRDefault="00000000" w14:paraId="21AF5B31" w14:textId="37380DC6">
      <w:pPr>
        <w:pStyle w:val="ListParagraph"/>
        <w:numPr>
          <w:ilvl w:val="0"/>
          <w:numId w:val="12"/>
        </w:numPr>
        <w:rPr>
          <w:rFonts w:cs="Arial"/>
          <w:bCs/>
          <w:sz w:val="24"/>
          <w:szCs w:val="24"/>
        </w:rPr>
      </w:pPr>
      <w:r w:rsidRPr="00865A4C">
        <w:rPr>
          <w:rFonts w:cs="Arial"/>
          <w:bCs/>
          <w:sz w:val="24"/>
          <w:szCs w:val="24"/>
        </w:rPr>
        <w:t>Have similar programs that are available at Orange Coast College or Coastline College been reviewed for alignment? (Alignment may mean agreement in one or more of the following: program title, courses, units/hours, etc. as well as course titles, numbers, units/hours, content, etc.)</w:t>
      </w:r>
    </w:p>
    <w:p w:rsidRPr="00865A4C" w:rsidR="0019167F" w:rsidP="00865A4C" w:rsidRDefault="00000000" w14:paraId="5F4A3DB7" w14:textId="6EA6F20E">
      <w:pPr>
        <w:ind w:left="720"/>
        <w:rPr>
          <w:rFonts w:cs="Arial"/>
          <w:sz w:val="24"/>
          <w:szCs w:val="24"/>
        </w:rPr>
      </w:pPr>
      <w:sdt>
        <w:sdtPr>
          <w:rPr>
            <w:rFonts w:cs="Arial"/>
            <w:sz w:val="24"/>
            <w:szCs w:val="24"/>
          </w:rPr>
          <w:alias w:val="Alignment_Yes"/>
          <w:tag w:val="Alignment_Yes"/>
          <w:id w:val="1876805419"/>
          <w14:checkbox>
            <w14:checked w14:val="0"/>
            <w14:checkedState w14:val="2612" w14:font="MS Gothic"/>
            <w14:uncheckedState w14:val="2610" w14:font="MS Gothic"/>
          </w14:checkbox>
        </w:sdtPr>
        <w:sdtContent>
          <w:r w:rsidR="00865A4C">
            <w:rPr>
              <w:rFonts w:hint="eastAsia" w:ascii="MS Gothic" w:hAnsi="MS Gothic" w:eastAsia="MS Gothic" w:cs="Arial"/>
              <w:sz w:val="24"/>
              <w:szCs w:val="24"/>
            </w:rPr>
            <w:t>☐</w:t>
          </w:r>
        </w:sdtContent>
      </w:sdt>
      <w:r w:rsidRPr="00865A4C">
        <w:rPr>
          <w:rFonts w:cs="Arial"/>
          <w:sz w:val="24"/>
          <w:szCs w:val="24"/>
        </w:rPr>
        <w:t xml:space="preserve"> Yes   </w:t>
      </w:r>
      <w:sdt>
        <w:sdtPr>
          <w:rPr>
            <w:rFonts w:cs="Arial"/>
            <w:sz w:val="24"/>
            <w:szCs w:val="24"/>
          </w:rPr>
          <w:alias w:val="Alignment_No"/>
          <w:tag w:val="Alignment_No"/>
          <w:id w:val="640997148"/>
          <w14:checkbox>
            <w14:checked w14:val="0"/>
            <w14:checkedState w14:val="2612" w14:font="MS Gothic"/>
            <w14:uncheckedState w14:val="2610" w14:font="MS Gothic"/>
          </w14:checkbox>
        </w:sdtPr>
        <w:sdtContent>
          <w:r w:rsidRPr="00865A4C">
            <w:rPr>
              <w:rFonts w:ascii="Segoe UI Symbol" w:hAnsi="Segoe UI Symbol" w:cs="Segoe UI Symbol"/>
              <w:sz w:val="24"/>
              <w:szCs w:val="24"/>
            </w:rPr>
            <w:t>☐</w:t>
          </w:r>
        </w:sdtContent>
      </w:sdt>
      <w:r w:rsidRPr="00865A4C">
        <w:rPr>
          <w:rFonts w:cs="Arial"/>
          <w:sz w:val="24"/>
          <w:szCs w:val="24"/>
        </w:rPr>
        <w:t xml:space="preserve"> No   </w:t>
      </w:r>
    </w:p>
    <w:p w:rsidRPr="00865A4C" w:rsidR="0019167F" w:rsidP="00865A4C" w:rsidRDefault="00000000" w14:paraId="3E2E8A4B" w14:textId="32EBDF61">
      <w:pPr>
        <w:pStyle w:val="ListParagraph"/>
        <w:numPr>
          <w:ilvl w:val="0"/>
          <w:numId w:val="12"/>
        </w:numPr>
        <w:rPr>
          <w:rFonts w:cs="Arial"/>
          <w:bCs/>
          <w:sz w:val="24"/>
          <w:szCs w:val="24"/>
        </w:rPr>
      </w:pPr>
      <w:r w:rsidRPr="00865A4C">
        <w:rPr>
          <w:rFonts w:cs="Arial"/>
          <w:bCs/>
          <w:sz w:val="24"/>
          <w:szCs w:val="24"/>
        </w:rPr>
        <w:t>Are any new resources or the modification of existing resources needed to run the program? (Faculty, facilities, etc.)</w:t>
      </w:r>
    </w:p>
    <w:p w:rsidRPr="00865A4C" w:rsidR="0019167F" w:rsidP="3BD982AB" w:rsidRDefault="00000000" w14:paraId="1A7C3FE8" w14:textId="74319B39">
      <w:pPr>
        <w:ind w:left="720"/>
        <w:rPr>
          <w:rFonts w:cs="Arial"/>
          <w:sz w:val="24"/>
          <w:szCs w:val="24"/>
        </w:rPr>
      </w:pPr>
      <w:sdt>
        <w:sdtPr>
          <w:id w:val="-1308621144"/>
          <w14:checkbox>
            <w14:checked w14:val="0"/>
            <w14:checkedState w14:val="2612" w14:font="MS Gothic"/>
            <w14:uncheckedState w14:val="2610" w14:font="MS Gothic"/>
          </w14:checkbox>
          <w:alias w:val="Resources_Yes"/>
          <w:tag w:val="Resources_Yes"/>
          <w:rPr>
            <w:rFonts w:cs="Arial"/>
            <w:sz w:val="24"/>
            <w:szCs w:val="24"/>
          </w:rPr>
        </w:sdtPr>
        <w:sdtContent>
          <w:r w:rsidRPr="3BD982AB" w:rsidR="2ACE6709">
            <w:rPr>
              <w:rFonts w:ascii="MS Gothic" w:hAnsi="MS Gothic" w:eastAsia="MS Gothic" w:cs="MS Gothic"/>
              <w:sz w:val="24"/>
              <w:szCs w:val="24"/>
            </w:rPr>
            <w:t>☐</w:t>
          </w:r>
        </w:sdtContent>
        <w:sdtEndPr>
          <w:rPr>
            <w:rFonts w:cs="Arial"/>
            <w:sz w:val="24"/>
            <w:szCs w:val="24"/>
          </w:rPr>
        </w:sdtEndPr>
      </w:sdt>
      <w:r w:rsidRPr="3BD982AB">
        <w:rPr>
          <w:rFonts w:cs="Arial"/>
          <w:sz w:val="24"/>
          <w:szCs w:val="24"/>
        </w:rPr>
        <w:t xml:space="preserve"> Yes*   </w:t>
      </w:r>
      <w:sdt>
        <w:sdtPr>
          <w:id w:val="-1290433059"/>
          <w14:checkbox>
            <w14:checked w14:val="0"/>
            <w14:checkedState w14:val="2612" w14:font="MS Gothic"/>
            <w14:uncheckedState w14:val="2610" w14:font="MS Gothic"/>
          </w14:checkbox>
          <w:alias w:val="Resources_No"/>
          <w:tag w:val="Resources_No"/>
          <w:rPr>
            <w:rFonts w:cs="Arial"/>
            <w:sz w:val="24"/>
            <w:szCs w:val="24"/>
          </w:rPr>
        </w:sdtPr>
        <w:sdtContent>
          <w:r w:rsidRPr="3BD982AB">
            <w:rPr>
              <w:rFonts w:ascii="Segoe UI Symbol" w:hAnsi="Segoe UI Symbol" w:cs="Segoe UI Symbol"/>
              <w:sz w:val="24"/>
              <w:szCs w:val="24"/>
            </w:rPr>
            <w:t>☐</w:t>
          </w:r>
        </w:sdtContent>
        <w:sdtEndPr>
          <w:rPr>
            <w:rFonts w:cs="Arial"/>
            <w:sz w:val="24"/>
            <w:szCs w:val="24"/>
          </w:rPr>
        </w:sdtEndPr>
      </w:sdt>
      <w:r w:rsidRPr="3BD982AB">
        <w:rPr>
          <w:rFonts w:cs="Arial"/>
          <w:sz w:val="24"/>
          <w:szCs w:val="24"/>
        </w:rPr>
        <w:t xml:space="preserve"> No   </w:t>
      </w:r>
    </w:p>
    <w:p w:rsidR="00865A4C" w:rsidP="00865A4C" w:rsidRDefault="00865A4C" w14:paraId="7B175408" w14:textId="77777777">
      <w:pPr>
        <w:pStyle w:val="ListParagraph"/>
        <w:rPr>
          <w:rFonts w:cs="Arial"/>
          <w:bCs/>
          <w:sz w:val="24"/>
          <w:szCs w:val="24"/>
        </w:rPr>
      </w:pPr>
    </w:p>
    <w:p w:rsidRPr="00865A4C" w:rsidR="0019167F" w:rsidP="00865A4C" w:rsidRDefault="00000000" w14:paraId="2BAC66E6" w14:textId="06A8216F">
      <w:pPr>
        <w:pStyle w:val="ListParagraph"/>
        <w:numPr>
          <w:ilvl w:val="0"/>
          <w:numId w:val="12"/>
        </w:numPr>
        <w:rPr>
          <w:rFonts w:cs="Arial"/>
          <w:bCs/>
          <w:sz w:val="24"/>
          <w:szCs w:val="24"/>
        </w:rPr>
      </w:pPr>
      <w:r w:rsidRPr="00865A4C">
        <w:rPr>
          <w:rFonts w:cs="Arial"/>
          <w:bCs/>
          <w:sz w:val="24"/>
          <w:szCs w:val="24"/>
        </w:rPr>
        <w:t>Are there additional financial commitments required to run and maintain the program? (Director, LHE for Coordinator, software, etc.)</w:t>
      </w:r>
    </w:p>
    <w:p w:rsidRPr="00865A4C" w:rsidR="0019167F" w:rsidP="00865A4C" w:rsidRDefault="00000000" w14:paraId="0FF44133" w14:textId="3FE79819">
      <w:pPr>
        <w:ind w:left="720"/>
        <w:rPr>
          <w:rFonts w:cs="Arial"/>
          <w:sz w:val="24"/>
          <w:szCs w:val="24"/>
        </w:rPr>
      </w:pPr>
      <w:sdt>
        <w:sdtPr>
          <w:id w:val="-1337378572"/>
          <w14:checkbox>
            <w14:checked w14:val="0"/>
            <w14:checkedState w14:val="2612" w14:font="MS Gothic"/>
            <w14:uncheckedState w14:val="2610" w14:font="MS Gothic"/>
          </w14:checkbox>
          <w:alias w:val="Financial_Yes"/>
          <w:tag w:val="Financial_Yes"/>
          <w:rPr>
            <w:rFonts w:cs="Arial"/>
            <w:sz w:val="24"/>
            <w:szCs w:val="24"/>
          </w:rPr>
        </w:sdtPr>
        <w:sdtContent>
          <w:r w:rsidRPr="3BD982AB" w:rsidR="0213C5DD">
            <w:rPr>
              <w:rFonts w:ascii="MS Gothic" w:hAnsi="MS Gothic" w:eastAsia="MS Gothic" w:cs="MS Gothic"/>
              <w:sz w:val="24"/>
              <w:szCs w:val="24"/>
            </w:rPr>
            <w:t>☐</w:t>
          </w:r>
        </w:sdtContent>
        <w:sdtEndPr>
          <w:rPr>
            <w:rFonts w:cs="Arial"/>
            <w:sz w:val="24"/>
            <w:szCs w:val="24"/>
          </w:rPr>
        </w:sdtEndPr>
      </w:sdt>
      <w:r w:rsidRPr="3BD982AB">
        <w:rPr>
          <w:rFonts w:cs="Arial"/>
          <w:sz w:val="24"/>
          <w:szCs w:val="24"/>
        </w:rPr>
        <w:t xml:space="preserve"> Yes*   </w:t>
      </w:r>
      <w:sdt>
        <w:sdtPr>
          <w:id w:val="926998367"/>
          <w14:checkbox>
            <w14:checked w14:val="0"/>
            <w14:checkedState w14:val="2612" w14:font="MS Gothic"/>
            <w14:uncheckedState w14:val="2610" w14:font="MS Gothic"/>
          </w14:checkbox>
          <w:alias w:val="Financial_No"/>
          <w:tag w:val="Financial_No"/>
          <w:rPr>
            <w:rFonts w:cs="Arial"/>
            <w:sz w:val="24"/>
            <w:szCs w:val="24"/>
          </w:rPr>
        </w:sdtPr>
        <w:sdtContent>
          <w:r w:rsidRPr="3BD982AB">
            <w:rPr>
              <w:rFonts w:ascii="Segoe UI Symbol" w:hAnsi="Segoe UI Symbol" w:cs="Segoe UI Symbol"/>
              <w:sz w:val="24"/>
              <w:szCs w:val="24"/>
            </w:rPr>
            <w:t>☐</w:t>
          </w:r>
        </w:sdtContent>
        <w:sdtEndPr>
          <w:rPr>
            <w:rFonts w:cs="Arial"/>
            <w:sz w:val="24"/>
            <w:szCs w:val="24"/>
          </w:rPr>
        </w:sdtEndPr>
      </w:sdt>
      <w:r w:rsidRPr="3BD982AB">
        <w:rPr>
          <w:rFonts w:cs="Arial"/>
          <w:sz w:val="24"/>
          <w:szCs w:val="24"/>
        </w:rPr>
        <w:t xml:space="preserve"> No   </w:t>
      </w:r>
    </w:p>
    <w:p w:rsidR="00865A4C" w:rsidRDefault="00865A4C" w14:paraId="7DA953DD" w14:textId="77777777">
      <w:pPr>
        <w:rPr>
          <w:rFonts w:cs="Arial"/>
          <w:b/>
          <w:sz w:val="24"/>
          <w:szCs w:val="24"/>
        </w:rPr>
      </w:pPr>
    </w:p>
    <w:p w:rsidRPr="00865A4C" w:rsidR="0019167F" w:rsidRDefault="00000000" w14:paraId="28760B7C" w14:textId="070B654A">
      <w:pPr>
        <w:rPr>
          <w:rFonts w:cs="Arial"/>
          <w:sz w:val="24"/>
          <w:szCs w:val="24"/>
        </w:rPr>
      </w:pPr>
      <w:r w:rsidRPr="00865A4C">
        <w:rPr>
          <w:rFonts w:cs="Arial"/>
          <w:b/>
          <w:sz w:val="24"/>
          <w:szCs w:val="24"/>
        </w:rPr>
        <w:t>Additional Supporting Attachments when building programs in CIM</w:t>
      </w:r>
    </w:p>
    <w:p w:rsidRPr="00865A4C" w:rsidR="0019167F" w:rsidRDefault="00000000" w14:paraId="53A3523D" w14:textId="77777777">
      <w:pPr>
        <w:pStyle w:val="ListBullet"/>
        <w:rPr>
          <w:rFonts w:cs="Arial"/>
          <w:bCs/>
          <w:sz w:val="24"/>
          <w:szCs w:val="24"/>
          <w:u w:val="single"/>
        </w:rPr>
      </w:pPr>
      <w:r w:rsidRPr="00865A4C">
        <w:rPr>
          <w:rFonts w:cs="Arial"/>
          <w:bCs/>
          <w:sz w:val="24"/>
          <w:szCs w:val="24"/>
          <w:u w:val="single"/>
        </w:rPr>
        <w:t>CTE programs</w:t>
      </w:r>
    </w:p>
    <w:p w:rsidRPr="00865A4C" w:rsidR="0019167F" w:rsidP="00865A4C" w:rsidRDefault="00000000" w14:paraId="3B96BEDC" w14:textId="77777777">
      <w:pPr>
        <w:pStyle w:val="ListBullet2"/>
        <w:numPr>
          <w:ilvl w:val="0"/>
          <w:numId w:val="13"/>
        </w:numPr>
        <w:rPr>
          <w:rFonts w:cs="Arial"/>
          <w:bCs/>
          <w:sz w:val="24"/>
          <w:szCs w:val="24"/>
        </w:rPr>
      </w:pPr>
      <w:r w:rsidRPr="00865A4C">
        <w:rPr>
          <w:rFonts w:cs="Arial"/>
          <w:bCs/>
          <w:sz w:val="24"/>
          <w:szCs w:val="24"/>
        </w:rPr>
        <w:t>Labor Market Information (LMI), Regional Consortium, and Advisory Board minutes must be attached in CIM prior to the 2nd reading for approval at CCI.</w:t>
      </w:r>
    </w:p>
    <w:p w:rsidRPr="00865A4C" w:rsidR="0019167F" w:rsidRDefault="00000000" w14:paraId="2124C974" w14:textId="77777777">
      <w:pPr>
        <w:pStyle w:val="ListBullet"/>
        <w:rPr>
          <w:rFonts w:cs="Arial"/>
          <w:bCs/>
          <w:sz w:val="24"/>
          <w:szCs w:val="24"/>
          <w:u w:val="single"/>
        </w:rPr>
      </w:pPr>
      <w:r w:rsidRPr="00865A4C">
        <w:rPr>
          <w:rFonts w:cs="Arial"/>
          <w:bCs/>
          <w:sz w:val="24"/>
          <w:szCs w:val="24"/>
          <w:u w:val="single"/>
        </w:rPr>
        <w:t>Certificates</w:t>
      </w:r>
    </w:p>
    <w:p w:rsidRPr="00865A4C" w:rsidR="0019167F" w:rsidP="00865A4C" w:rsidRDefault="00000000" w14:paraId="1B511E37" w14:textId="77777777">
      <w:pPr>
        <w:pStyle w:val="ListBullet2"/>
        <w:numPr>
          <w:ilvl w:val="0"/>
          <w:numId w:val="2"/>
        </w:numPr>
        <w:rPr>
          <w:rFonts w:cs="Arial"/>
          <w:sz w:val="24"/>
          <w:szCs w:val="24"/>
        </w:rPr>
      </w:pPr>
      <w:r w:rsidRPr="00865A4C">
        <w:rPr>
          <w:rFonts w:cs="Arial"/>
          <w:sz w:val="24"/>
          <w:szCs w:val="24"/>
        </w:rPr>
        <w:t>Ensure non-CTE certificates of achievement have 51% or more AAM</w:t>
      </w:r>
    </w:p>
    <w:p w:rsidRPr="00865A4C" w:rsidR="0019167F" w:rsidRDefault="00000000" w14:paraId="1200EADE" w14:textId="21B239C9">
      <w:pPr>
        <w:pStyle w:val="ListBullet"/>
        <w:rPr>
          <w:rFonts w:cs="Arial"/>
          <w:sz w:val="24"/>
          <w:szCs w:val="24"/>
          <w:u w:val="single"/>
        </w:rPr>
      </w:pPr>
      <w:r w:rsidRPr="00865A4C">
        <w:rPr>
          <w:rFonts w:cs="Arial"/>
          <w:sz w:val="24"/>
          <w:szCs w:val="24"/>
          <w:u w:val="single"/>
        </w:rPr>
        <w:t>Program course sequences must be attached in CI</w:t>
      </w:r>
      <w:r w:rsidRPr="00865A4C" w:rsidR="00865A4C">
        <w:rPr>
          <w:rFonts w:cs="Arial"/>
          <w:sz w:val="24"/>
          <w:szCs w:val="24"/>
          <w:u w:val="single"/>
        </w:rPr>
        <w:t>M for all programs</w:t>
      </w:r>
    </w:p>
    <w:p w:rsidRPr="00865A4C" w:rsidR="00865A4C" w:rsidP="00865A4C" w:rsidRDefault="00865A4C" w14:paraId="6702EC1B" w14:textId="77777777">
      <w:pPr>
        <w:pStyle w:val="ListBullet"/>
        <w:numPr>
          <w:ilvl w:val="0"/>
          <w:numId w:val="0"/>
        </w:numPr>
        <w:ind w:left="360"/>
        <w:rPr>
          <w:rFonts w:cs="Arial"/>
          <w:sz w:val="24"/>
          <w:szCs w:val="24"/>
        </w:rPr>
      </w:pPr>
    </w:p>
    <w:p w:rsidRPr="00865A4C" w:rsidR="0019167F" w:rsidRDefault="00000000" w14:paraId="483EF3AE" w14:textId="4436B5EF">
      <w:pPr>
        <w:rPr>
          <w:rFonts w:cs="Arial"/>
          <w:sz w:val="24"/>
          <w:szCs w:val="24"/>
        </w:rPr>
      </w:pPr>
      <w:r w:rsidRPr="00865A4C">
        <w:rPr>
          <w:rFonts w:cs="Arial"/>
          <w:b/>
          <w:sz w:val="24"/>
          <w:szCs w:val="24"/>
        </w:rPr>
        <w:t>Courses and programs that are missing the required information may have delayed approvals (</w:t>
      </w:r>
      <w:r w:rsidRPr="00865A4C" w:rsidR="00293792">
        <w:rPr>
          <w:rFonts w:cs="Arial"/>
          <w:b/>
          <w:sz w:val="24"/>
          <w:szCs w:val="24"/>
        </w:rPr>
        <w:t>CCI, Board of Trustees, and State Chancellor’s Office</w:t>
      </w:r>
      <w:r w:rsidRPr="00865A4C">
        <w:rPr>
          <w:rFonts w:cs="Arial"/>
          <w:b/>
          <w:sz w:val="24"/>
          <w:szCs w:val="24"/>
        </w:rPr>
        <w:t xml:space="preserve">) </w:t>
      </w:r>
      <w:r w:rsidRPr="00865A4C" w:rsidR="00865A4C">
        <w:rPr>
          <w:rFonts w:cs="Arial"/>
          <w:b/>
          <w:sz w:val="24"/>
          <w:szCs w:val="24"/>
        </w:rPr>
        <w:t>impact</w:t>
      </w:r>
      <w:r w:rsidRPr="00865A4C">
        <w:rPr>
          <w:rFonts w:cs="Arial"/>
          <w:b/>
          <w:sz w:val="24"/>
          <w:szCs w:val="24"/>
        </w:rPr>
        <w:t xml:space="preserve"> the effective date.</w:t>
      </w:r>
    </w:p>
    <w:p w:rsidR="00865A4C" w:rsidRDefault="00865A4C" w14:paraId="33FB3B0A" w14:textId="77777777">
      <w:pPr>
        <w:rPr>
          <w:rFonts w:cs="Arial"/>
          <w:b/>
          <w:sz w:val="24"/>
          <w:szCs w:val="24"/>
        </w:rPr>
      </w:pPr>
    </w:p>
    <w:p w:rsidR="0019167F" w:rsidRDefault="00000000" w14:paraId="32173A6C" w14:textId="01EE7495">
      <w:pPr>
        <w:rPr>
          <w:rFonts w:cs="Arial"/>
          <w:b/>
          <w:sz w:val="24"/>
          <w:szCs w:val="24"/>
        </w:rPr>
      </w:pPr>
      <w:r w:rsidRPr="00865A4C">
        <w:rPr>
          <w:rFonts w:cs="Arial"/>
          <w:b/>
          <w:sz w:val="24"/>
          <w:szCs w:val="24"/>
        </w:rPr>
        <w:t>Approved new program proposals are effective for one academic year after being reviewed by CCI.</w:t>
      </w:r>
    </w:p>
    <w:p w:rsidRPr="00865A4C" w:rsidR="00865A4C" w:rsidRDefault="00865A4C" w14:paraId="6189850D" w14:textId="77777777">
      <w:pPr>
        <w:rPr>
          <w:rFonts w:cs="Arial"/>
          <w:sz w:val="24"/>
          <w:szCs w:val="24"/>
        </w:rPr>
      </w:pPr>
    </w:p>
    <w:p w:rsidRPr="00865A4C" w:rsidR="0019167F" w:rsidRDefault="00000000" w14:paraId="4028FD67" w14:textId="73C22FB1">
      <w:pPr>
        <w:rPr>
          <w:rFonts w:cs="Arial"/>
          <w:sz w:val="24"/>
          <w:szCs w:val="24"/>
        </w:rPr>
      </w:pPr>
      <w:r w:rsidRPr="00865A4C">
        <w:rPr>
          <w:rFonts w:cs="Arial"/>
          <w:b/>
          <w:sz w:val="24"/>
          <w:szCs w:val="24"/>
        </w:rPr>
        <w:t>Signatures</w:t>
      </w:r>
    </w:p>
    <w:p w:rsidR="0019167F" w:rsidRDefault="00000000" w14:paraId="7F8E2CC9" w14:textId="77777777">
      <w:pPr>
        <w:rPr>
          <w:rFonts w:cs="Arial"/>
          <w:sz w:val="24"/>
          <w:szCs w:val="24"/>
        </w:rPr>
      </w:pPr>
      <w:r w:rsidRPr="00865A4C">
        <w:rPr>
          <w:rFonts w:cs="Arial"/>
          <w:b/>
          <w:sz w:val="24"/>
          <w:szCs w:val="24"/>
        </w:rPr>
        <w:t xml:space="preserve">Originator: </w:t>
      </w:r>
      <w:sdt>
        <w:sdtPr>
          <w:rPr>
            <w:rFonts w:cs="Arial"/>
            <w:sz w:val="24"/>
            <w:szCs w:val="24"/>
          </w:rPr>
          <w:alias w:val="Originator_Name"/>
          <w:tag w:val="Originator_Name"/>
          <w:id w:val="-1166389940"/>
          <w:showingPlcHdr/>
          <w:text/>
        </w:sdtPr>
        <w:sdtContent>
          <w:r w:rsidRPr="00865A4C">
            <w:rPr>
              <w:rFonts w:cs="Arial"/>
              <w:color w:val="777777"/>
              <w:sz w:val="24"/>
              <w:szCs w:val="24"/>
            </w:rPr>
            <w:t>Enter name</w:t>
          </w:r>
        </w:sdtContent>
      </w:sdt>
      <w:r w:rsidRPr="00865A4C">
        <w:rPr>
          <w:rFonts w:cs="Arial"/>
          <w:b/>
          <w:sz w:val="24"/>
          <w:szCs w:val="24"/>
        </w:rPr>
        <w:t xml:space="preserve">    Date: </w:t>
      </w:r>
      <w:sdt>
        <w:sdtPr>
          <w:rPr>
            <w:rFonts w:cs="Arial"/>
            <w:sz w:val="24"/>
            <w:szCs w:val="24"/>
          </w:rPr>
          <w:alias w:val="Originator_Date"/>
          <w:tag w:val="Originator_Date"/>
          <w:id w:val="-1244030955"/>
          <w:showingPlcHdr/>
          <w:text/>
        </w:sdtPr>
        <w:sdtContent>
          <w:r w:rsidRPr="00865A4C">
            <w:rPr>
              <w:rFonts w:cs="Arial"/>
              <w:color w:val="777777"/>
              <w:sz w:val="24"/>
              <w:szCs w:val="24"/>
            </w:rPr>
            <w:t>Enter date</w:t>
          </w:r>
        </w:sdtContent>
      </w:sdt>
    </w:p>
    <w:p w:rsidRPr="00865A4C" w:rsidR="00865A4C" w:rsidP="00865A4C" w:rsidRDefault="00865A4C" w14:paraId="680E4E35" w14:textId="77777777">
      <w:pPr>
        <w:rPr>
          <w:rFonts w:cs="Arial"/>
          <w:sz w:val="24"/>
          <w:szCs w:val="24"/>
        </w:rPr>
      </w:pPr>
      <w:r w:rsidRPr="00865A4C">
        <w:rPr>
          <w:rFonts w:cs="Arial"/>
          <w:b/>
          <w:sz w:val="24"/>
          <w:szCs w:val="24"/>
        </w:rPr>
        <w:t xml:space="preserve">Originator: </w:t>
      </w:r>
      <w:sdt>
        <w:sdtPr>
          <w:rPr>
            <w:rFonts w:cs="Arial"/>
            <w:sz w:val="24"/>
            <w:szCs w:val="24"/>
          </w:rPr>
          <w:alias w:val="Originator_Name"/>
          <w:tag w:val="Originator_Name"/>
          <w:id w:val="959534360"/>
          <w:showingPlcHdr/>
          <w:text/>
        </w:sdtPr>
        <w:sdtContent>
          <w:r w:rsidRPr="00865A4C">
            <w:rPr>
              <w:rFonts w:cs="Arial"/>
              <w:color w:val="777777"/>
              <w:sz w:val="24"/>
              <w:szCs w:val="24"/>
            </w:rPr>
            <w:t>Enter name</w:t>
          </w:r>
        </w:sdtContent>
      </w:sdt>
      <w:r w:rsidRPr="00865A4C">
        <w:rPr>
          <w:rFonts w:cs="Arial"/>
          <w:b/>
          <w:sz w:val="24"/>
          <w:szCs w:val="24"/>
        </w:rPr>
        <w:t xml:space="preserve">    Date: </w:t>
      </w:r>
      <w:sdt>
        <w:sdtPr>
          <w:rPr>
            <w:rFonts w:cs="Arial"/>
            <w:sz w:val="24"/>
            <w:szCs w:val="24"/>
          </w:rPr>
          <w:alias w:val="Originator_Date"/>
          <w:tag w:val="Originator_Date"/>
          <w:id w:val="-537198482"/>
          <w:showingPlcHdr/>
          <w:text/>
        </w:sdtPr>
        <w:sdtContent>
          <w:r w:rsidRPr="00865A4C">
            <w:rPr>
              <w:rFonts w:cs="Arial"/>
              <w:color w:val="777777"/>
              <w:sz w:val="24"/>
              <w:szCs w:val="24"/>
            </w:rPr>
            <w:t>Enter date</w:t>
          </w:r>
        </w:sdtContent>
      </w:sdt>
    </w:p>
    <w:p w:rsidRPr="00865A4C" w:rsidR="00865A4C" w:rsidP="00865A4C" w:rsidRDefault="00865A4C" w14:paraId="1FBE7CC2" w14:textId="7AA2B3B2">
      <w:pPr>
        <w:rPr>
          <w:rFonts w:cs="Arial"/>
          <w:sz w:val="24"/>
          <w:szCs w:val="24"/>
        </w:rPr>
      </w:pPr>
      <w:r>
        <w:rPr>
          <w:rFonts w:cs="Arial"/>
          <w:b/>
          <w:sz w:val="24"/>
          <w:szCs w:val="24"/>
        </w:rPr>
        <w:t>*Division Dean</w:t>
      </w:r>
      <w:r w:rsidRPr="00865A4C">
        <w:rPr>
          <w:rFonts w:cs="Arial"/>
          <w:b/>
          <w:sz w:val="24"/>
          <w:szCs w:val="24"/>
        </w:rPr>
        <w:t xml:space="preserve">: </w:t>
      </w:r>
      <w:sdt>
        <w:sdtPr>
          <w:rPr>
            <w:rFonts w:cs="Arial"/>
            <w:sz w:val="24"/>
            <w:szCs w:val="24"/>
          </w:rPr>
          <w:alias w:val="Originator_Name"/>
          <w:tag w:val="Originator_Name"/>
          <w:id w:val="263650127"/>
          <w:showingPlcHdr/>
          <w:text/>
        </w:sdtPr>
        <w:sdtContent>
          <w:r w:rsidRPr="00865A4C">
            <w:rPr>
              <w:rFonts w:cs="Arial"/>
              <w:color w:val="777777"/>
              <w:sz w:val="24"/>
              <w:szCs w:val="24"/>
            </w:rPr>
            <w:t>Enter name</w:t>
          </w:r>
        </w:sdtContent>
      </w:sdt>
      <w:r w:rsidRPr="00865A4C">
        <w:rPr>
          <w:rFonts w:cs="Arial"/>
          <w:b/>
          <w:sz w:val="24"/>
          <w:szCs w:val="24"/>
        </w:rPr>
        <w:t xml:space="preserve">    Date: </w:t>
      </w:r>
      <w:sdt>
        <w:sdtPr>
          <w:rPr>
            <w:rFonts w:cs="Arial"/>
            <w:sz w:val="24"/>
            <w:szCs w:val="24"/>
          </w:rPr>
          <w:alias w:val="Originator_Date"/>
          <w:tag w:val="Originator_Date"/>
          <w:id w:val="2015106466"/>
          <w:showingPlcHdr/>
          <w:text/>
        </w:sdtPr>
        <w:sdtContent>
          <w:r w:rsidRPr="00865A4C">
            <w:rPr>
              <w:rFonts w:cs="Arial"/>
              <w:color w:val="777777"/>
              <w:sz w:val="24"/>
              <w:szCs w:val="24"/>
            </w:rPr>
            <w:t>Enter date</w:t>
          </w:r>
        </w:sdtContent>
      </w:sdt>
    </w:p>
    <w:p w:rsidRPr="00865A4C" w:rsidR="00865A4C" w:rsidP="00865A4C" w:rsidRDefault="00865A4C" w14:paraId="07EA1101" w14:textId="1EDE6D0B">
      <w:pPr>
        <w:rPr>
          <w:rFonts w:cs="Arial"/>
          <w:sz w:val="24"/>
          <w:szCs w:val="24"/>
        </w:rPr>
      </w:pPr>
      <w:r>
        <w:rPr>
          <w:rFonts w:cs="Arial"/>
          <w:b/>
          <w:sz w:val="24"/>
          <w:szCs w:val="24"/>
        </w:rPr>
        <w:t>*</w:t>
      </w:r>
      <w:r w:rsidRPr="00865A4C">
        <w:rPr>
          <w:rFonts w:cs="Arial"/>
          <w:b/>
          <w:sz w:val="24"/>
          <w:szCs w:val="24"/>
        </w:rPr>
        <w:t xml:space="preserve"> </w:t>
      </w:r>
      <w:r>
        <w:rPr>
          <w:rFonts w:cs="Arial"/>
          <w:b/>
          <w:sz w:val="24"/>
          <w:szCs w:val="24"/>
        </w:rPr>
        <w:t>Vice President of Instruction</w:t>
      </w:r>
      <w:r w:rsidRPr="00865A4C">
        <w:rPr>
          <w:rFonts w:cs="Arial"/>
          <w:b/>
          <w:sz w:val="24"/>
          <w:szCs w:val="24"/>
        </w:rPr>
        <w:t xml:space="preserve">: </w:t>
      </w:r>
      <w:sdt>
        <w:sdtPr>
          <w:rPr>
            <w:rFonts w:cs="Arial"/>
            <w:sz w:val="24"/>
            <w:szCs w:val="24"/>
          </w:rPr>
          <w:alias w:val="Originator_Name"/>
          <w:tag w:val="Originator_Name"/>
          <w:id w:val="-745962120"/>
          <w:showingPlcHdr/>
          <w:text/>
        </w:sdtPr>
        <w:sdtContent>
          <w:r w:rsidRPr="00865A4C">
            <w:rPr>
              <w:rFonts w:cs="Arial"/>
              <w:color w:val="777777"/>
              <w:sz w:val="24"/>
              <w:szCs w:val="24"/>
            </w:rPr>
            <w:t>Enter name</w:t>
          </w:r>
        </w:sdtContent>
      </w:sdt>
      <w:r w:rsidRPr="00865A4C">
        <w:rPr>
          <w:rFonts w:cs="Arial"/>
          <w:b/>
          <w:sz w:val="24"/>
          <w:szCs w:val="24"/>
        </w:rPr>
        <w:t xml:space="preserve">    Date: </w:t>
      </w:r>
      <w:sdt>
        <w:sdtPr>
          <w:rPr>
            <w:rFonts w:cs="Arial"/>
            <w:sz w:val="24"/>
            <w:szCs w:val="24"/>
          </w:rPr>
          <w:alias w:val="Originator_Date"/>
          <w:tag w:val="Originator_Date"/>
          <w:id w:val="-1614510145"/>
          <w:showingPlcHdr/>
          <w:text/>
        </w:sdtPr>
        <w:sdtContent>
          <w:r w:rsidRPr="00865A4C">
            <w:rPr>
              <w:rFonts w:cs="Arial"/>
              <w:color w:val="777777"/>
              <w:sz w:val="24"/>
              <w:szCs w:val="24"/>
            </w:rPr>
            <w:t>Enter date</w:t>
          </w:r>
        </w:sdtContent>
      </w:sdt>
    </w:p>
    <w:p w:rsidRPr="00865A4C" w:rsidR="00865A4C" w:rsidRDefault="00865A4C" w14:paraId="79C1D86D" w14:textId="77777777">
      <w:pPr>
        <w:rPr>
          <w:rFonts w:cs="Arial"/>
          <w:sz w:val="24"/>
          <w:szCs w:val="24"/>
        </w:rPr>
      </w:pPr>
    </w:p>
    <w:p w:rsidRPr="00865A4C" w:rsidR="0019167F" w:rsidRDefault="00000000" w14:paraId="0C590918" w14:textId="77777777">
      <w:pPr>
        <w:rPr>
          <w:rFonts w:cs="Arial"/>
          <w:sz w:val="18"/>
          <w:szCs w:val="18"/>
        </w:rPr>
      </w:pPr>
      <w:r w:rsidRPr="00865A4C">
        <w:rPr>
          <w:rFonts w:cs="Arial"/>
          <w:i/>
          <w:sz w:val="18"/>
          <w:szCs w:val="18"/>
        </w:rPr>
        <w:t>*Programs that require new resources or financial commitments should be discussed with the Vice President of Instruction and the President of the College prior to proposing and building the program. Programs that require substantial new resources may be required to attend Planning and Budget.</w:t>
      </w:r>
    </w:p>
    <w:sectPr w:rsidRPr="00865A4C" w:rsidR="0019167F" w:rsidSect="00034616">
      <w:footerReference w:type="default" r:id="rId8"/>
      <w:pgSz w:w="12240" w:h="15840" w:orient="portrait"/>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0DB" w:rsidRDefault="000A50DB" w14:paraId="7E60BA3D" w14:textId="77777777">
      <w:pPr>
        <w:spacing w:after="0"/>
      </w:pPr>
      <w:r>
        <w:separator/>
      </w:r>
    </w:p>
  </w:endnote>
  <w:endnote w:type="continuationSeparator" w:id="0">
    <w:p w:rsidR="000A50DB" w:rsidRDefault="000A50DB" w14:paraId="21F33FDE"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95BEF" w:rsidR="00C95BEF" w:rsidP="00C95BEF" w:rsidRDefault="00C95BEF" w14:paraId="667E4AEA" w14:textId="70553061">
    <w:pPr>
      <w:pStyle w:val="Footer"/>
      <w:jc w:val="right"/>
    </w:pPr>
    <w:r w:rsidRPr="00C95BEF">
      <w:t>CCI revised: May 19,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0DB" w:rsidRDefault="000A50DB" w14:paraId="2F67A4CC" w14:textId="77777777">
      <w:pPr>
        <w:spacing w:after="0"/>
      </w:pPr>
      <w:r>
        <w:separator/>
      </w:r>
    </w:p>
  </w:footnote>
  <w:footnote w:type="continuationSeparator" w:id="0">
    <w:p w:rsidR="000A50DB" w:rsidRDefault="000A50DB" w14:paraId="04AE9A8E"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04090003"/>
    <w:lvl w:ilvl="0">
      <w:start w:val="1"/>
      <w:numFmt w:val="bullet"/>
      <w:lvlText w:val="o"/>
      <w:lvlJc w:val="left"/>
      <w:pPr>
        <w:ind w:left="720" w:hanging="360"/>
      </w:pPr>
      <w:rPr>
        <w:rFonts w:hint="default" w:ascii="Courier New" w:hAnsi="Courier New" w:cs="Courier New"/>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6872947"/>
    <w:multiLevelType w:val="hybridMultilevel"/>
    <w:tmpl w:val="71008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02572D"/>
    <w:multiLevelType w:val="hybridMultilevel"/>
    <w:tmpl w:val="21B21F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450198D"/>
    <w:multiLevelType w:val="hybridMultilevel"/>
    <w:tmpl w:val="B2169874"/>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8FF1F55"/>
    <w:multiLevelType w:val="hybridMultilevel"/>
    <w:tmpl w:val="F1887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590458">
    <w:abstractNumId w:val="8"/>
  </w:num>
  <w:num w:numId="2" w16cid:durableId="1731030110">
    <w:abstractNumId w:val="6"/>
  </w:num>
  <w:num w:numId="3" w16cid:durableId="249430023">
    <w:abstractNumId w:val="5"/>
  </w:num>
  <w:num w:numId="4" w16cid:durableId="434176701">
    <w:abstractNumId w:val="4"/>
  </w:num>
  <w:num w:numId="5" w16cid:durableId="1377697948">
    <w:abstractNumId w:val="7"/>
  </w:num>
  <w:num w:numId="6" w16cid:durableId="1996105163">
    <w:abstractNumId w:val="3"/>
  </w:num>
  <w:num w:numId="7" w16cid:durableId="1595748174">
    <w:abstractNumId w:val="2"/>
  </w:num>
  <w:num w:numId="8" w16cid:durableId="707680610">
    <w:abstractNumId w:val="1"/>
  </w:num>
  <w:num w:numId="9" w16cid:durableId="1126390959">
    <w:abstractNumId w:val="0"/>
  </w:num>
  <w:num w:numId="10" w16cid:durableId="13266444">
    <w:abstractNumId w:val="10"/>
  </w:num>
  <w:num w:numId="11" w16cid:durableId="2109766594">
    <w:abstractNumId w:val="9"/>
  </w:num>
  <w:num w:numId="12" w16cid:durableId="150173071">
    <w:abstractNumId w:val="12"/>
  </w:num>
  <w:num w:numId="13" w16cid:durableId="962542076">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000"/>
    <w:rsid w:val="00023423"/>
    <w:rsid w:val="00034616"/>
    <w:rsid w:val="0006063C"/>
    <w:rsid w:val="000A50DB"/>
    <w:rsid w:val="0015074B"/>
    <w:rsid w:val="00166DF6"/>
    <w:rsid w:val="0019167F"/>
    <w:rsid w:val="00293792"/>
    <w:rsid w:val="0029639D"/>
    <w:rsid w:val="00326F90"/>
    <w:rsid w:val="003E43CF"/>
    <w:rsid w:val="004B14F9"/>
    <w:rsid w:val="00685D7A"/>
    <w:rsid w:val="00865A4C"/>
    <w:rsid w:val="00A34CC1"/>
    <w:rsid w:val="00AA1D8D"/>
    <w:rsid w:val="00B37AB5"/>
    <w:rsid w:val="00B47730"/>
    <w:rsid w:val="00C95BEF"/>
    <w:rsid w:val="00CB0664"/>
    <w:rsid w:val="00F42BA0"/>
    <w:rsid w:val="00FC693F"/>
    <w:rsid w:val="0213C5DD"/>
    <w:rsid w:val="2ACE6709"/>
    <w:rsid w:val="3BD982AB"/>
    <w:rsid w:val="3C14692C"/>
    <w:rsid w:val="6D7333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F35361"/>
  <w14:defaultImageDpi w14:val="300"/>
  <w15:docId w15:val="{66C68247-FBC8-40E9-A485-19BE230E60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60" w:line="240" w:lineRule="auto"/>
    </w:pPr>
    <w:rPr>
      <w:rFonts w:ascii="Arial" w:hAnsi="Arial"/>
      <w:sz w:val="19"/>
    </w:rPr>
  </w:style>
  <w:style w:type="paragraph" w:styleId="Heading1">
    <w:name w:val="heading 1"/>
    <w:basedOn w:val="Normal"/>
    <w:next w:val="Normal"/>
    <w:link w:val="Heading1Char"/>
    <w:uiPriority w:val="9"/>
    <w:qFormat/>
    <w:rsid w:val="00FC693F"/>
    <w:pPr>
      <w:keepNext/>
      <w:keepLines/>
      <w:spacing w:before="120"/>
      <w:outlineLvl w:val="0"/>
    </w:pPr>
    <w:rPr>
      <w:rFonts w:asciiTheme="majorHAnsi" w:hAnsiTheme="majorHAnsi" w:eastAsiaTheme="majorEastAsia"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contextualSpacing/>
    </w:pPr>
    <w:rPr>
      <w:rFonts w:asciiTheme="majorHAnsi" w:hAnsiTheme="majorHAnsi" w:eastAsiaTheme="majorEastAsia" w:cstheme="majorBidi"/>
      <w:b/>
      <w:color w:val="17365D" w:themeColor="text2" w:themeShade="BF"/>
      <w:spacing w:val="5"/>
      <w:kern w:val="28"/>
      <w:sz w:val="3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A64139F2778DF4482E75573A10802F3" ma:contentTypeVersion="14" ma:contentTypeDescription="Create a new document." ma:contentTypeScope="" ma:versionID="21f77a424addbd72e81512756744b44d">
  <xsd:schema xmlns:xsd="http://www.w3.org/2001/XMLSchema" xmlns:xs="http://www.w3.org/2001/XMLSchema" xmlns:p="http://schemas.microsoft.com/office/2006/metadata/properties" xmlns:ns2="4d98b0ea-e6be-4337-8b6e-4fbd40024c6c" xmlns:ns3="f0893150-b52a-46b6-99e6-b9b795d3337b" targetNamespace="http://schemas.microsoft.com/office/2006/metadata/properties" ma:root="true" ma:fieldsID="a68c7c478099c325c90472b32cafc8b6" ns2:_="" ns3:_="">
    <xsd:import namespace="4d98b0ea-e6be-4337-8b6e-4fbd40024c6c"/>
    <xsd:import namespace="f0893150-b52a-46b6-99e6-b9b795d333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8b0ea-e6be-4337-8b6e-4fbd40024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c6d35d-d05c-452d-bec2-70ede787ec1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893150-b52a-46b6-99e6-b9b795d333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146101a-ede0-4de4-8e93-5b4cec46aa5e}" ma:internalName="TaxCatchAll" ma:showField="CatchAllData" ma:web="f0893150-b52a-46b6-99e6-b9b795d333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98b0ea-e6be-4337-8b6e-4fbd40024c6c">
      <Terms xmlns="http://schemas.microsoft.com/office/infopath/2007/PartnerControls"/>
    </lcf76f155ced4ddcb4097134ff3c332f>
    <TaxCatchAll xmlns="f0893150-b52a-46b6-99e6-b9b795d3337b"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55BFCBD9-3A49-463E-9B27-89E2EDE4DBBF}"/>
</file>

<file path=customXml/itemProps3.xml><?xml version="1.0" encoding="utf-8"?>
<ds:datastoreItem xmlns:ds="http://schemas.openxmlformats.org/officeDocument/2006/customXml" ds:itemID="{2F4BBD38-E452-4C7B-B129-D5321577CA2A}"/>
</file>

<file path=customXml/itemProps4.xml><?xml version="1.0" encoding="utf-8"?>
<ds:datastoreItem xmlns:ds="http://schemas.openxmlformats.org/officeDocument/2006/customXml" ds:itemID="{F7961B38-2590-4A6D-A9AA-94B7BE71DD6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McCord, Charissa</lastModifiedBy>
  <revision>6</revision>
  <dcterms:created xsi:type="dcterms:W3CDTF">2013-12-23T23:15:00.0000000Z</dcterms:created>
  <dcterms:modified xsi:type="dcterms:W3CDTF">2026-08-24T18:53:12.3602665Z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0x0101008A64139F2778DF4482E75573A10802F3</vt:lpwstr>
  </property>
  <property fmtid="{D5CDD505-2E9C-101B-9397-08002B2CF9AE}" pid="3" name="MediaServiceImageTags">
    <vt:lpwstr/>
  </property>
</Properties>
</file>